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040E" w:rsidRPr="003B2E36" w:rsidRDefault="009F40F5" w:rsidP="003B2E36">
      <w:pPr>
        <w:snapToGrid w:val="0"/>
        <w:spacing w:after="0" w:line="240" w:lineRule="auto"/>
        <w:jc w:val="center"/>
        <w:rPr>
          <w:sz w:val="20"/>
          <w:lang w:eastAsia="zh-TW"/>
        </w:rPr>
      </w:pPr>
      <w:r w:rsidRPr="003B2E36">
        <w:rPr>
          <w:b/>
          <w:sz w:val="36"/>
          <w:lang w:eastAsia="zh-TW"/>
        </w:rPr>
        <w:t>2027上半年輔仁大學資訊管理學系</w:t>
      </w:r>
    </w:p>
    <w:p w:rsidR="000E040E" w:rsidRPr="003B2E36" w:rsidRDefault="009F40F5" w:rsidP="003B2E36">
      <w:pPr>
        <w:snapToGrid w:val="0"/>
        <w:spacing w:after="0" w:line="240" w:lineRule="auto"/>
        <w:jc w:val="center"/>
        <w:rPr>
          <w:sz w:val="20"/>
          <w:lang w:eastAsia="zh-TW"/>
        </w:rPr>
      </w:pPr>
      <w:r w:rsidRPr="003B2E36">
        <w:rPr>
          <w:b/>
          <w:sz w:val="32"/>
          <w:lang w:eastAsia="zh-TW"/>
        </w:rPr>
        <w:t>產業實習企業合作計畫書</w:t>
      </w:r>
    </w:p>
    <w:p w:rsidR="000E040E" w:rsidRPr="006D0C24" w:rsidRDefault="009F40F5" w:rsidP="003B2E36">
      <w:pPr>
        <w:spacing w:line="240" w:lineRule="auto"/>
        <w:jc w:val="center"/>
        <w:rPr>
          <w:rFonts w:ascii="標楷體" w:eastAsia="標楷體" w:hAnsi="標楷體"/>
          <w:color w:val="943634" w:themeColor="accent2" w:themeShade="BF"/>
          <w:lang w:eastAsia="zh-TW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6D0C24">
        <w:rPr>
          <w:rFonts w:ascii="標楷體" w:eastAsia="標楷體" w:hAnsi="標楷體"/>
          <w:color w:val="943634" w:themeColor="accent2" w:themeShade="BF"/>
          <w:sz w:val="24"/>
          <w:lang w:eastAsia="zh-TW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誠邀企業</w:t>
      </w:r>
      <w:proofErr w:type="gramEnd"/>
      <w:r w:rsidRPr="006D0C24">
        <w:rPr>
          <w:rFonts w:ascii="標楷體" w:eastAsia="標楷體" w:hAnsi="標楷體"/>
          <w:color w:val="943634" w:themeColor="accent2" w:themeShade="BF"/>
          <w:sz w:val="24"/>
          <w:lang w:eastAsia="zh-TW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提供實習職缺，共同培育資訊科技與</w:t>
      </w:r>
      <w:proofErr w:type="gramStart"/>
      <w:r w:rsidRPr="006D0C24">
        <w:rPr>
          <w:rFonts w:ascii="標楷體" w:eastAsia="標楷體" w:hAnsi="標楷體"/>
          <w:color w:val="943634" w:themeColor="accent2" w:themeShade="BF"/>
          <w:sz w:val="24"/>
          <w:lang w:eastAsia="zh-TW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管理跨域人</w:t>
      </w:r>
      <w:proofErr w:type="gramEnd"/>
      <w:r w:rsidRPr="006D0C24">
        <w:rPr>
          <w:rFonts w:ascii="標楷體" w:eastAsia="標楷體" w:hAnsi="標楷體"/>
          <w:color w:val="943634" w:themeColor="accent2" w:themeShade="BF"/>
          <w:sz w:val="24"/>
          <w:lang w:eastAsia="zh-TW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才</w:t>
      </w:r>
    </w:p>
    <w:p w:rsidR="000E040E" w:rsidRDefault="009F40F5" w:rsidP="003B2E36">
      <w:pPr>
        <w:snapToGrid w:val="0"/>
        <w:spacing w:after="120" w:line="240" w:lineRule="auto"/>
        <w:rPr>
          <w:lang w:eastAsia="zh-TW"/>
        </w:rPr>
      </w:pPr>
      <w:r>
        <w:rPr>
          <w:b/>
          <w:sz w:val="28"/>
          <w:lang w:eastAsia="zh-TW"/>
        </w:rPr>
        <w:t>一、計畫緣起</w:t>
      </w:r>
    </w:p>
    <w:p w:rsidR="000E040E" w:rsidRPr="00BB2A13" w:rsidRDefault="009F40F5" w:rsidP="00BB2A13">
      <w:pPr>
        <w:snapToGrid w:val="0"/>
        <w:spacing w:after="120" w:line="240" w:lineRule="auto"/>
        <w:rPr>
          <w:sz w:val="24"/>
          <w:lang w:eastAsia="zh-TW"/>
        </w:rPr>
      </w:pPr>
      <w:r w:rsidRPr="00BB2A13">
        <w:rPr>
          <w:sz w:val="24"/>
          <w:lang w:eastAsia="zh-TW"/>
        </w:rPr>
        <w:t>為使資訊管理系學生能將課堂所學與企業實務相互結合，本系持續推動學分制「產業實習」課程，安排大四學生於企業實際工作環境中學習工作技能、培養專業能力與職場素養，並透過企業實務訓練，提升學生實務經驗與工作能力，同時協助企業接觸及培育未來所需人才。</w:t>
      </w:r>
    </w:p>
    <w:p w:rsidR="000E040E" w:rsidRPr="00BB2A13" w:rsidRDefault="009F40F5" w:rsidP="00BB2A13">
      <w:pPr>
        <w:snapToGrid w:val="0"/>
        <w:spacing w:after="120" w:line="240" w:lineRule="auto"/>
        <w:rPr>
          <w:sz w:val="24"/>
          <w:lang w:eastAsia="zh-TW"/>
        </w:rPr>
      </w:pPr>
      <w:r w:rsidRPr="00BB2A13">
        <w:rPr>
          <w:sz w:val="24"/>
          <w:lang w:eastAsia="zh-TW"/>
        </w:rPr>
        <w:t>本計畫誠摯邀請企業提供2027年上半年實習機會，依企業實際需求規劃實習職務，由學校協助招募、課程管理與實習輔導，建立學校、學生與企業三方合作的人才培育機制。</w:t>
      </w:r>
      <w:r w:rsidR="00B50573">
        <w:rPr>
          <w:sz w:val="24"/>
          <w:lang w:eastAsia="zh-TW"/>
        </w:rPr>
        <w:br/>
      </w:r>
    </w:p>
    <w:p w:rsidR="000E040E" w:rsidRPr="003B2E36" w:rsidRDefault="009F40F5" w:rsidP="003B2E36">
      <w:pPr>
        <w:snapToGrid w:val="0"/>
        <w:spacing w:after="120" w:line="240" w:lineRule="auto"/>
        <w:rPr>
          <w:b/>
          <w:sz w:val="28"/>
          <w:lang w:eastAsia="zh-TW"/>
        </w:rPr>
      </w:pPr>
      <w:r>
        <w:rPr>
          <w:b/>
          <w:sz w:val="28"/>
          <w:lang w:eastAsia="zh-TW"/>
        </w:rPr>
        <w:t>二、產業實習課程特色</w:t>
      </w:r>
    </w:p>
    <w:p w:rsidR="000E040E" w:rsidRDefault="009F40F5" w:rsidP="00BB2A13">
      <w:pPr>
        <w:pStyle w:val="ae"/>
        <w:numPr>
          <w:ilvl w:val="0"/>
          <w:numId w:val="14"/>
        </w:numPr>
        <w:spacing w:after="120" w:line="240" w:lineRule="auto"/>
        <w:ind w:left="567" w:hanging="482"/>
        <w:rPr>
          <w:lang w:eastAsia="zh-TW"/>
        </w:rPr>
      </w:pPr>
      <w:r>
        <w:rPr>
          <w:lang w:eastAsia="zh-TW"/>
        </w:rPr>
        <w:t>學分制實習：大四下學期開設「產業實習」4學分課程。</w:t>
      </w:r>
    </w:p>
    <w:p w:rsidR="000E040E" w:rsidRDefault="009F40F5" w:rsidP="00BB2A13">
      <w:pPr>
        <w:pStyle w:val="ae"/>
        <w:numPr>
          <w:ilvl w:val="0"/>
          <w:numId w:val="14"/>
        </w:numPr>
        <w:spacing w:after="120" w:line="240" w:lineRule="auto"/>
        <w:ind w:left="567" w:hanging="482"/>
        <w:rPr>
          <w:lang w:eastAsia="zh-TW"/>
        </w:rPr>
      </w:pPr>
      <w:r>
        <w:rPr>
          <w:lang w:eastAsia="zh-TW"/>
        </w:rPr>
        <w:t>實習期間：2027年2月至5月，原則上為期4個月，每週約3～3.5天，</w:t>
      </w:r>
      <w:r w:rsidR="00CD1769" w:rsidRPr="00CD1769">
        <w:rPr>
          <w:rFonts w:hint="eastAsia"/>
          <w:lang w:eastAsia="zh-TW"/>
        </w:rPr>
        <w:t>最低總時數</w:t>
      </w:r>
      <w:r w:rsidR="00CD1769">
        <w:rPr>
          <w:rFonts w:hint="eastAsia"/>
          <w:lang w:eastAsia="zh-TW"/>
        </w:rPr>
        <w:t>320小時，</w:t>
      </w:r>
      <w:r>
        <w:rPr>
          <w:lang w:eastAsia="zh-TW"/>
        </w:rPr>
        <w:t>實際時數依學校與企業簽訂之實習合約約定。</w:t>
      </w:r>
    </w:p>
    <w:p w:rsidR="000E040E" w:rsidRDefault="009F40F5" w:rsidP="00BB2A13">
      <w:pPr>
        <w:pStyle w:val="ae"/>
        <w:numPr>
          <w:ilvl w:val="0"/>
          <w:numId w:val="14"/>
        </w:numPr>
        <w:spacing w:after="120" w:line="240" w:lineRule="auto"/>
        <w:ind w:left="567" w:hanging="482"/>
        <w:rPr>
          <w:lang w:eastAsia="zh-TW"/>
        </w:rPr>
      </w:pPr>
      <w:r>
        <w:rPr>
          <w:lang w:eastAsia="zh-TW"/>
        </w:rPr>
        <w:t>實務導向：學生於企業實際工作環境中參與系統、專案或相關資訊應用工作。</w:t>
      </w:r>
    </w:p>
    <w:p w:rsidR="000E040E" w:rsidRDefault="009F40F5" w:rsidP="00BB2A13">
      <w:pPr>
        <w:pStyle w:val="ae"/>
        <w:numPr>
          <w:ilvl w:val="0"/>
          <w:numId w:val="14"/>
        </w:numPr>
        <w:spacing w:after="120" w:line="240" w:lineRule="auto"/>
        <w:ind w:left="567" w:hanging="482"/>
        <w:rPr>
          <w:lang w:eastAsia="zh-TW"/>
        </w:rPr>
      </w:pPr>
      <w:proofErr w:type="gramStart"/>
      <w:r>
        <w:rPr>
          <w:lang w:eastAsia="zh-TW"/>
        </w:rPr>
        <w:t>跨域能力</w:t>
      </w:r>
      <w:proofErr w:type="gramEnd"/>
      <w:r>
        <w:rPr>
          <w:lang w:eastAsia="zh-TW"/>
        </w:rPr>
        <w:t>：結合資訊科技與管理專業，實習工作不限於程式開發，亦可依企業需求規劃資料分析、AI應用、數位轉型及專案管理等工作。</w:t>
      </w:r>
    </w:p>
    <w:p w:rsidR="000E040E" w:rsidRPr="00F43D88" w:rsidRDefault="009F40F5" w:rsidP="00BB2A13">
      <w:pPr>
        <w:pStyle w:val="ae"/>
        <w:numPr>
          <w:ilvl w:val="0"/>
          <w:numId w:val="14"/>
        </w:numPr>
        <w:spacing w:after="120" w:line="240" w:lineRule="auto"/>
        <w:ind w:left="567" w:hanging="482"/>
        <w:rPr>
          <w:lang w:eastAsia="zh-TW"/>
        </w:rPr>
      </w:pPr>
      <w:r w:rsidRPr="00F43D88">
        <w:rPr>
          <w:lang w:eastAsia="zh-TW"/>
        </w:rPr>
        <w:t>雙向培育：企業提供實務指導，學校安排</w:t>
      </w:r>
      <w:r w:rsidR="009B31D0" w:rsidRPr="00F43D88">
        <w:rPr>
          <w:rFonts w:hint="eastAsia"/>
          <w:lang w:eastAsia="zh-TW"/>
        </w:rPr>
        <w:t>任課</w:t>
      </w:r>
      <w:r w:rsidRPr="00F43D88">
        <w:rPr>
          <w:lang w:eastAsia="zh-TW"/>
        </w:rPr>
        <w:t>教師輔導</w:t>
      </w:r>
      <w:r w:rsidR="00F43D88" w:rsidRPr="00F43D88">
        <w:rPr>
          <w:lang w:eastAsia="zh-TW"/>
        </w:rPr>
        <w:t>實習</w:t>
      </w:r>
      <w:r w:rsidR="009B31D0" w:rsidRPr="00F43D88">
        <w:rPr>
          <w:rFonts w:hint="eastAsia"/>
          <w:lang w:eastAsia="zh-TW"/>
        </w:rPr>
        <w:t>學生</w:t>
      </w:r>
      <w:r w:rsidRPr="00F43D88">
        <w:rPr>
          <w:lang w:eastAsia="zh-TW"/>
        </w:rPr>
        <w:t>，共同掌握學生工作與學習狀況</w:t>
      </w:r>
      <w:r w:rsidR="00EC6D2C">
        <w:rPr>
          <w:rFonts w:hint="eastAsia"/>
          <w:lang w:eastAsia="zh-TW"/>
        </w:rPr>
        <w:t>，期末成績由企業與學校評分，各</w:t>
      </w:r>
      <w:proofErr w:type="gramStart"/>
      <w:r w:rsidR="00EC6D2C">
        <w:rPr>
          <w:rFonts w:hint="eastAsia"/>
          <w:lang w:eastAsia="zh-TW"/>
        </w:rPr>
        <w:t>佔</w:t>
      </w:r>
      <w:proofErr w:type="gramEnd"/>
      <w:r w:rsidR="00EC6D2C">
        <w:rPr>
          <w:rFonts w:hint="eastAsia"/>
          <w:lang w:eastAsia="zh-TW"/>
        </w:rPr>
        <w:t>50%</w:t>
      </w:r>
      <w:r w:rsidRPr="00F43D88">
        <w:rPr>
          <w:lang w:eastAsia="zh-TW"/>
        </w:rPr>
        <w:t>。</w:t>
      </w:r>
      <w:r w:rsidR="00B50573" w:rsidRPr="00F43D88">
        <w:rPr>
          <w:lang w:eastAsia="zh-TW"/>
        </w:rPr>
        <w:br/>
      </w:r>
    </w:p>
    <w:p w:rsidR="000E040E" w:rsidRPr="003B2E36" w:rsidRDefault="009F40F5" w:rsidP="003B2E36">
      <w:pPr>
        <w:snapToGrid w:val="0"/>
        <w:spacing w:after="120" w:line="240" w:lineRule="auto"/>
        <w:rPr>
          <w:b/>
          <w:sz w:val="28"/>
          <w:lang w:eastAsia="zh-TW"/>
        </w:rPr>
      </w:pPr>
      <w:r>
        <w:rPr>
          <w:b/>
          <w:sz w:val="28"/>
          <w:lang w:eastAsia="zh-TW"/>
        </w:rPr>
        <w:t>三、企業可提供的實習職務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261"/>
        <w:gridCol w:w="6485"/>
      </w:tblGrid>
      <w:tr w:rsidR="000E040E" w:rsidTr="003B2E36">
        <w:trPr>
          <w:jc w:val="center"/>
        </w:trPr>
        <w:tc>
          <w:tcPr>
            <w:tcW w:w="3261" w:type="dxa"/>
            <w:shd w:val="clear" w:color="auto" w:fill="D9EAF7"/>
            <w:vAlign w:val="center"/>
          </w:tcPr>
          <w:p w:rsidR="000E040E" w:rsidRDefault="009F40F5">
            <w:proofErr w:type="spellStart"/>
            <w:r>
              <w:rPr>
                <w:b/>
              </w:rPr>
              <w:t>實習領域</w:t>
            </w:r>
            <w:proofErr w:type="spellEnd"/>
          </w:p>
        </w:tc>
        <w:tc>
          <w:tcPr>
            <w:tcW w:w="6485" w:type="dxa"/>
            <w:shd w:val="clear" w:color="auto" w:fill="D9EAF7"/>
            <w:vAlign w:val="center"/>
          </w:tcPr>
          <w:p w:rsidR="000E040E" w:rsidRDefault="009F40F5">
            <w:r>
              <w:rPr>
                <w:b/>
              </w:rPr>
              <w:t>可參與之工作內容</w:t>
            </w:r>
          </w:p>
        </w:tc>
      </w:tr>
      <w:tr w:rsidR="000E040E" w:rsidTr="003B2E36">
        <w:trPr>
          <w:jc w:val="center"/>
        </w:trPr>
        <w:tc>
          <w:tcPr>
            <w:tcW w:w="3261" w:type="dxa"/>
            <w:vAlign w:val="center"/>
          </w:tcPr>
          <w:p w:rsidR="000E040E" w:rsidRDefault="009F40F5">
            <w:r>
              <w:t>程式設計／系統開發</w:t>
            </w:r>
          </w:p>
        </w:tc>
        <w:tc>
          <w:tcPr>
            <w:tcW w:w="6485" w:type="dxa"/>
            <w:vAlign w:val="center"/>
          </w:tcPr>
          <w:p w:rsidR="000E040E" w:rsidRDefault="009F40F5">
            <w:pPr>
              <w:rPr>
                <w:lang w:eastAsia="zh-TW"/>
              </w:rPr>
            </w:pPr>
            <w:r>
              <w:rPr>
                <w:lang w:eastAsia="zh-TW"/>
              </w:rPr>
              <w:t>程式開發、網站或系統開發、測試、系統維護等</w:t>
            </w:r>
          </w:p>
        </w:tc>
      </w:tr>
      <w:tr w:rsidR="000E040E" w:rsidTr="003B2E36">
        <w:trPr>
          <w:jc w:val="center"/>
        </w:trPr>
        <w:tc>
          <w:tcPr>
            <w:tcW w:w="3261" w:type="dxa"/>
            <w:vAlign w:val="center"/>
          </w:tcPr>
          <w:p w:rsidR="000E040E" w:rsidRDefault="009F40F5">
            <w:proofErr w:type="spellStart"/>
            <w:r>
              <w:t>企業資訊應用</w:t>
            </w:r>
            <w:proofErr w:type="spellEnd"/>
          </w:p>
        </w:tc>
        <w:tc>
          <w:tcPr>
            <w:tcW w:w="6485" w:type="dxa"/>
            <w:vAlign w:val="center"/>
          </w:tcPr>
          <w:p w:rsidR="000E040E" w:rsidRDefault="009F40F5">
            <w:pPr>
              <w:rPr>
                <w:lang w:eastAsia="zh-TW"/>
              </w:rPr>
            </w:pPr>
            <w:r>
              <w:rPr>
                <w:lang w:eastAsia="zh-TW"/>
              </w:rPr>
              <w:t>企業資訊系統操作、維護、資料管理及資訊應用</w:t>
            </w:r>
          </w:p>
        </w:tc>
      </w:tr>
      <w:tr w:rsidR="000E040E" w:rsidTr="003B2E36">
        <w:trPr>
          <w:jc w:val="center"/>
        </w:trPr>
        <w:tc>
          <w:tcPr>
            <w:tcW w:w="3261" w:type="dxa"/>
            <w:vAlign w:val="center"/>
          </w:tcPr>
          <w:p w:rsidR="000E040E" w:rsidRDefault="009F40F5">
            <w:proofErr w:type="spellStart"/>
            <w:r>
              <w:t>AI應用</w:t>
            </w:r>
            <w:proofErr w:type="spellEnd"/>
          </w:p>
        </w:tc>
        <w:tc>
          <w:tcPr>
            <w:tcW w:w="6485" w:type="dxa"/>
            <w:vAlign w:val="center"/>
          </w:tcPr>
          <w:p w:rsidR="000E040E" w:rsidRDefault="009F40F5">
            <w:pPr>
              <w:rPr>
                <w:lang w:eastAsia="zh-TW"/>
              </w:rPr>
            </w:pPr>
            <w:r>
              <w:rPr>
                <w:lang w:eastAsia="zh-TW"/>
              </w:rPr>
              <w:t>生成式AI或其他AI工具應用、AI相關專案支援</w:t>
            </w:r>
          </w:p>
        </w:tc>
      </w:tr>
      <w:tr w:rsidR="000E040E" w:rsidTr="003B2E36">
        <w:trPr>
          <w:jc w:val="center"/>
        </w:trPr>
        <w:tc>
          <w:tcPr>
            <w:tcW w:w="3261" w:type="dxa"/>
            <w:vAlign w:val="center"/>
          </w:tcPr>
          <w:p w:rsidR="000E040E" w:rsidRDefault="009F40F5">
            <w:proofErr w:type="spellStart"/>
            <w:r>
              <w:t>資料分析</w:t>
            </w:r>
            <w:proofErr w:type="spellEnd"/>
          </w:p>
        </w:tc>
        <w:tc>
          <w:tcPr>
            <w:tcW w:w="6485" w:type="dxa"/>
            <w:vAlign w:val="center"/>
          </w:tcPr>
          <w:p w:rsidR="000E040E" w:rsidRDefault="009F40F5">
            <w:pPr>
              <w:rPr>
                <w:lang w:eastAsia="zh-TW"/>
              </w:rPr>
            </w:pPr>
            <w:r>
              <w:rPr>
                <w:lang w:eastAsia="zh-TW"/>
              </w:rPr>
              <w:t>資料整理、分析、報表製作、資料視覺化等</w:t>
            </w:r>
          </w:p>
        </w:tc>
      </w:tr>
      <w:tr w:rsidR="000E040E" w:rsidTr="003B2E36">
        <w:trPr>
          <w:jc w:val="center"/>
        </w:trPr>
        <w:tc>
          <w:tcPr>
            <w:tcW w:w="3261" w:type="dxa"/>
            <w:vAlign w:val="center"/>
          </w:tcPr>
          <w:p w:rsidR="000E040E" w:rsidRDefault="009F40F5">
            <w:proofErr w:type="spellStart"/>
            <w:r>
              <w:t>數位轉型</w:t>
            </w:r>
            <w:proofErr w:type="spellEnd"/>
          </w:p>
        </w:tc>
        <w:tc>
          <w:tcPr>
            <w:tcW w:w="6485" w:type="dxa"/>
            <w:vAlign w:val="center"/>
          </w:tcPr>
          <w:p w:rsidR="000E040E" w:rsidRDefault="009F40F5">
            <w:pPr>
              <w:rPr>
                <w:lang w:eastAsia="zh-TW"/>
              </w:rPr>
            </w:pPr>
            <w:r>
              <w:rPr>
                <w:lang w:eastAsia="zh-TW"/>
              </w:rPr>
              <w:t>流程數位化、數位工具導入及相關專案支援</w:t>
            </w:r>
          </w:p>
        </w:tc>
      </w:tr>
      <w:tr w:rsidR="000E040E" w:rsidTr="003B2E36">
        <w:trPr>
          <w:jc w:val="center"/>
        </w:trPr>
        <w:tc>
          <w:tcPr>
            <w:tcW w:w="3261" w:type="dxa"/>
            <w:vAlign w:val="center"/>
          </w:tcPr>
          <w:p w:rsidR="000E040E" w:rsidRDefault="009F40F5">
            <w:proofErr w:type="spellStart"/>
            <w:r>
              <w:t>專案管理</w:t>
            </w:r>
            <w:proofErr w:type="spellEnd"/>
          </w:p>
        </w:tc>
        <w:tc>
          <w:tcPr>
            <w:tcW w:w="6485" w:type="dxa"/>
            <w:vAlign w:val="center"/>
          </w:tcPr>
          <w:p w:rsidR="000E040E" w:rsidRDefault="009F40F5">
            <w:pPr>
              <w:rPr>
                <w:lang w:eastAsia="zh-TW"/>
              </w:rPr>
            </w:pPr>
            <w:r>
              <w:rPr>
                <w:lang w:eastAsia="zh-TW"/>
              </w:rPr>
              <w:t>需求分析、專案規劃、進度追蹤及專案執行支援</w:t>
            </w:r>
          </w:p>
        </w:tc>
      </w:tr>
      <w:tr w:rsidR="000E040E" w:rsidTr="003B2E36">
        <w:trPr>
          <w:jc w:val="center"/>
        </w:trPr>
        <w:tc>
          <w:tcPr>
            <w:tcW w:w="3261" w:type="dxa"/>
            <w:vAlign w:val="center"/>
          </w:tcPr>
          <w:p w:rsidR="000E040E" w:rsidRDefault="009F40F5">
            <w:pPr>
              <w:rPr>
                <w:lang w:eastAsia="zh-TW"/>
              </w:rPr>
            </w:pPr>
            <w:r>
              <w:rPr>
                <w:lang w:eastAsia="zh-TW"/>
              </w:rPr>
              <w:t>其他資訊管理相關工作</w:t>
            </w:r>
          </w:p>
        </w:tc>
        <w:tc>
          <w:tcPr>
            <w:tcW w:w="6485" w:type="dxa"/>
            <w:vAlign w:val="center"/>
          </w:tcPr>
          <w:p w:rsidR="000E040E" w:rsidRDefault="009F40F5">
            <w:pPr>
              <w:rPr>
                <w:lang w:eastAsia="zh-TW"/>
              </w:rPr>
            </w:pPr>
            <w:r>
              <w:rPr>
                <w:lang w:eastAsia="zh-TW"/>
              </w:rPr>
              <w:t>可依企業業務與職務需求規劃</w:t>
            </w:r>
          </w:p>
        </w:tc>
      </w:tr>
    </w:tbl>
    <w:p w:rsidR="003B2E36" w:rsidRDefault="003B2E36">
      <w:pPr>
        <w:rPr>
          <w:b/>
          <w:sz w:val="28"/>
          <w:lang w:eastAsia="zh-TW"/>
        </w:rPr>
      </w:pPr>
      <w:r>
        <w:rPr>
          <w:b/>
          <w:sz w:val="28"/>
          <w:lang w:eastAsia="zh-TW"/>
        </w:rPr>
        <w:br w:type="page"/>
      </w:r>
    </w:p>
    <w:p w:rsidR="000E040E" w:rsidRPr="003B2E36" w:rsidRDefault="009F40F5" w:rsidP="003B2E36">
      <w:pPr>
        <w:snapToGrid w:val="0"/>
        <w:spacing w:after="120" w:line="240" w:lineRule="auto"/>
        <w:rPr>
          <w:b/>
          <w:sz w:val="28"/>
          <w:lang w:eastAsia="zh-TW"/>
        </w:rPr>
      </w:pPr>
      <w:r>
        <w:rPr>
          <w:b/>
          <w:sz w:val="28"/>
          <w:lang w:eastAsia="zh-TW"/>
        </w:rPr>
        <w:lastRenderedPageBreak/>
        <w:t>四、企業參與產業實習的合作效益</w:t>
      </w:r>
    </w:p>
    <w:p w:rsidR="000E040E" w:rsidRDefault="009F40F5" w:rsidP="003B2E36">
      <w:pPr>
        <w:pStyle w:val="ae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提前接觸人才：透過學生履歷投遞及企業面試，提早認識具資訊科技與管理能力的大四學生。</w:t>
      </w:r>
    </w:p>
    <w:p w:rsidR="000E040E" w:rsidRDefault="009F40F5" w:rsidP="003B2E36">
      <w:pPr>
        <w:pStyle w:val="ae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依需求培育人才：企業可依實際工作內容安排實習任務，讓學生在真實工作環境中累積經驗。</w:t>
      </w:r>
    </w:p>
    <w:p w:rsidR="000E040E" w:rsidRDefault="009F40F5" w:rsidP="003B2E36">
      <w:pPr>
        <w:pStyle w:val="ae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建立人才招募管道：企業可藉由實習期間的工作互動與表現，作為未來人才招募與培育之參考。</w:t>
      </w:r>
    </w:p>
    <w:p w:rsidR="000E040E" w:rsidRDefault="009F40F5" w:rsidP="003B2E36">
      <w:pPr>
        <w:pStyle w:val="ae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引進AI與數位應用：學生可參與AI、資料分析、資訊系統及數位轉型等工作，協助企業推動相關任務。</w:t>
      </w:r>
    </w:p>
    <w:p w:rsidR="000E040E" w:rsidRDefault="009F40F5" w:rsidP="003B2E36">
      <w:pPr>
        <w:pStyle w:val="ae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學校協助行政與輔導：由系所協助實習招募、課程管理、教師輔導、成果發表及相關行政流程。</w:t>
      </w:r>
    </w:p>
    <w:p w:rsidR="000E040E" w:rsidRPr="003B2E36" w:rsidRDefault="009F40F5" w:rsidP="003B2E36">
      <w:pPr>
        <w:snapToGrid w:val="0"/>
        <w:spacing w:after="120" w:line="240" w:lineRule="auto"/>
        <w:rPr>
          <w:b/>
          <w:sz w:val="28"/>
          <w:lang w:eastAsia="zh-TW"/>
        </w:rPr>
      </w:pPr>
      <w:r>
        <w:rPr>
          <w:b/>
          <w:sz w:val="28"/>
          <w:lang w:eastAsia="zh-TW"/>
        </w:rPr>
        <w:t>五、企業合作方式與企業</w:t>
      </w:r>
      <w:r w:rsidR="00BB2A13">
        <w:rPr>
          <w:rFonts w:hint="eastAsia"/>
          <w:b/>
          <w:sz w:val="28"/>
          <w:lang w:eastAsia="zh-TW"/>
        </w:rPr>
        <w:t>須</w:t>
      </w:r>
      <w:r>
        <w:rPr>
          <w:b/>
          <w:sz w:val="28"/>
          <w:lang w:eastAsia="zh-TW"/>
        </w:rPr>
        <w:t>配合事項</w:t>
      </w:r>
    </w:p>
    <w:p w:rsidR="000E040E" w:rsidRDefault="009F40F5" w:rsidP="003B2E36">
      <w:pPr>
        <w:pStyle w:val="ae"/>
        <w:numPr>
          <w:ilvl w:val="0"/>
          <w:numId w:val="10"/>
        </w:numPr>
        <w:rPr>
          <w:lang w:eastAsia="zh-TW"/>
        </w:rPr>
      </w:pPr>
      <w:r>
        <w:rPr>
          <w:lang w:eastAsia="zh-TW"/>
        </w:rPr>
        <w:t>提供實習職缺及工作內容，依企業實際需求</w:t>
      </w:r>
      <w:r w:rsidRPr="00AE66DD">
        <w:rPr>
          <w:color w:val="FF0000"/>
          <w:shd w:val="pct15" w:color="auto" w:fill="FFFFFF"/>
          <w:lang w:eastAsia="zh-TW"/>
        </w:rPr>
        <w:t>填寫「</w:t>
      </w:r>
      <w:r w:rsidR="00AE66DD" w:rsidRPr="00AE66DD">
        <w:rPr>
          <w:rFonts w:hint="eastAsia"/>
          <w:color w:val="FF0000"/>
          <w:shd w:val="pct15" w:color="auto" w:fill="FFFFFF"/>
          <w:lang w:eastAsia="zh-TW"/>
        </w:rPr>
        <w:t>115</w:t>
      </w:r>
      <w:r w:rsidR="00AE66DD" w:rsidRPr="00AE66DD">
        <w:rPr>
          <w:color w:val="FF0000"/>
          <w:shd w:val="pct15" w:color="auto" w:fill="FFFFFF"/>
          <w:lang w:eastAsia="zh-TW"/>
        </w:rPr>
        <w:t>企業實習職缺申請表</w:t>
      </w:r>
      <w:r w:rsidRPr="00AE66DD">
        <w:rPr>
          <w:color w:val="FF0000"/>
          <w:shd w:val="pct15" w:color="auto" w:fill="FFFFFF"/>
          <w:lang w:eastAsia="zh-TW"/>
        </w:rPr>
        <w:t>」</w:t>
      </w:r>
      <w:r>
        <w:rPr>
          <w:lang w:eastAsia="zh-TW"/>
        </w:rPr>
        <w:t>。提供實習地點、工作時間、待遇及學生所需具備之能力等職缺資訊。</w:t>
      </w:r>
    </w:p>
    <w:p w:rsidR="000E040E" w:rsidRPr="006D0C24" w:rsidRDefault="009F40F5" w:rsidP="003B2E36">
      <w:pPr>
        <w:pStyle w:val="ae"/>
        <w:numPr>
          <w:ilvl w:val="0"/>
          <w:numId w:val="10"/>
        </w:numPr>
        <w:rPr>
          <w:u w:val="single"/>
          <w:lang w:eastAsia="zh-TW"/>
        </w:rPr>
      </w:pPr>
      <w:r w:rsidRPr="006D0C24">
        <w:rPr>
          <w:u w:val="single"/>
          <w:lang w:eastAsia="zh-TW"/>
        </w:rPr>
        <w:t>安排具相關專長之人員擔任</w:t>
      </w:r>
      <w:r w:rsidRPr="006D0C24">
        <w:rPr>
          <w:color w:val="FF0000"/>
          <w:u w:val="single"/>
          <w:lang w:eastAsia="zh-TW"/>
        </w:rPr>
        <w:t>業界輔導教師</w:t>
      </w:r>
      <w:r w:rsidRPr="006D0C24">
        <w:rPr>
          <w:u w:val="single"/>
          <w:lang w:eastAsia="zh-TW"/>
        </w:rPr>
        <w:t>，提供學生工作指導與實務訓練。</w:t>
      </w:r>
    </w:p>
    <w:p w:rsidR="000E040E" w:rsidRDefault="009F40F5" w:rsidP="003B2E36">
      <w:pPr>
        <w:pStyle w:val="ae"/>
        <w:numPr>
          <w:ilvl w:val="0"/>
          <w:numId w:val="10"/>
        </w:numPr>
        <w:rPr>
          <w:lang w:eastAsia="zh-TW"/>
        </w:rPr>
      </w:pPr>
      <w:r>
        <w:rPr>
          <w:lang w:eastAsia="zh-TW"/>
        </w:rPr>
        <w:t>配合學校教師進行實習輔導、了解學生學習適應情形，並協助實習表現評核。</w:t>
      </w:r>
    </w:p>
    <w:p w:rsidR="000E040E" w:rsidRDefault="009F40F5" w:rsidP="003B2E36">
      <w:pPr>
        <w:pStyle w:val="ae"/>
        <w:numPr>
          <w:ilvl w:val="0"/>
          <w:numId w:val="10"/>
        </w:numPr>
        <w:rPr>
          <w:lang w:eastAsia="zh-TW"/>
        </w:rPr>
      </w:pPr>
      <w:r>
        <w:rPr>
          <w:lang w:eastAsia="zh-TW"/>
        </w:rPr>
        <w:t>依學校相關規定及雙方簽訂之實習合約辦理學生之薪資、工時、休假、保險及其他勞動權益。</w:t>
      </w:r>
    </w:p>
    <w:p w:rsidR="000E040E" w:rsidRPr="003B2E36" w:rsidRDefault="009F40F5" w:rsidP="003B2E36">
      <w:pPr>
        <w:snapToGrid w:val="0"/>
        <w:spacing w:after="120" w:line="240" w:lineRule="auto"/>
        <w:rPr>
          <w:b/>
          <w:sz w:val="28"/>
          <w:lang w:eastAsia="zh-TW"/>
        </w:rPr>
      </w:pPr>
      <w:r>
        <w:rPr>
          <w:b/>
          <w:sz w:val="28"/>
          <w:lang w:eastAsia="zh-TW"/>
        </w:rPr>
        <w:t>六、學校提供企業的協助</w:t>
      </w:r>
    </w:p>
    <w:p w:rsidR="000E040E" w:rsidRDefault="009F40F5" w:rsidP="003B2E36">
      <w:pPr>
        <w:pStyle w:val="ae"/>
        <w:numPr>
          <w:ilvl w:val="0"/>
          <w:numId w:val="16"/>
        </w:numPr>
        <w:rPr>
          <w:lang w:eastAsia="zh-TW"/>
        </w:rPr>
      </w:pPr>
      <w:r>
        <w:rPr>
          <w:lang w:eastAsia="zh-TW"/>
        </w:rPr>
        <w:t>協助發布及宣傳企業實習職缺。</w:t>
      </w:r>
    </w:p>
    <w:p w:rsidR="000E040E" w:rsidRDefault="009F40F5" w:rsidP="003B2E36">
      <w:pPr>
        <w:pStyle w:val="ae"/>
        <w:numPr>
          <w:ilvl w:val="0"/>
          <w:numId w:val="16"/>
        </w:numPr>
        <w:rPr>
          <w:lang w:eastAsia="zh-TW"/>
        </w:rPr>
      </w:pPr>
      <w:r>
        <w:rPr>
          <w:lang w:eastAsia="zh-TW"/>
        </w:rPr>
        <w:t>提供學生履歷投遞與企業面試之招募管道。</w:t>
      </w:r>
    </w:p>
    <w:p w:rsidR="000E040E" w:rsidRDefault="009F40F5" w:rsidP="003B2E36">
      <w:pPr>
        <w:pStyle w:val="ae"/>
        <w:numPr>
          <w:ilvl w:val="0"/>
          <w:numId w:val="16"/>
        </w:numPr>
        <w:rPr>
          <w:lang w:eastAsia="zh-TW"/>
        </w:rPr>
      </w:pPr>
      <w:r>
        <w:rPr>
          <w:lang w:eastAsia="zh-TW"/>
        </w:rPr>
        <w:t>協助企業與學生進行實習媒合及相關聯繫。</w:t>
      </w:r>
    </w:p>
    <w:p w:rsidR="000E040E" w:rsidRDefault="009F40F5" w:rsidP="003B2E36">
      <w:pPr>
        <w:pStyle w:val="ae"/>
        <w:numPr>
          <w:ilvl w:val="0"/>
          <w:numId w:val="16"/>
        </w:numPr>
        <w:rPr>
          <w:lang w:eastAsia="zh-TW"/>
        </w:rPr>
      </w:pPr>
      <w:r>
        <w:rPr>
          <w:lang w:eastAsia="zh-TW"/>
        </w:rPr>
        <w:t>指派系所教師進行實習輔導，並與企業共同掌握學生實習狀況。</w:t>
      </w:r>
    </w:p>
    <w:p w:rsidR="000E040E" w:rsidRDefault="009F40F5" w:rsidP="003B2E36">
      <w:pPr>
        <w:pStyle w:val="ae"/>
        <w:numPr>
          <w:ilvl w:val="0"/>
          <w:numId w:val="16"/>
        </w:numPr>
        <w:rPr>
          <w:lang w:eastAsia="zh-TW"/>
        </w:rPr>
      </w:pPr>
      <w:r>
        <w:rPr>
          <w:lang w:eastAsia="zh-TW"/>
        </w:rPr>
        <w:t>協助辦理實習課程行政、合約及成果發表等相關作業。</w:t>
      </w:r>
    </w:p>
    <w:p w:rsidR="000E040E" w:rsidRDefault="009F40F5" w:rsidP="003B2E36">
      <w:pPr>
        <w:pStyle w:val="ae"/>
        <w:numPr>
          <w:ilvl w:val="0"/>
          <w:numId w:val="16"/>
        </w:numPr>
        <w:rPr>
          <w:lang w:eastAsia="zh-TW"/>
        </w:rPr>
      </w:pPr>
      <w:r>
        <w:rPr>
          <w:lang w:eastAsia="zh-TW"/>
        </w:rPr>
        <w:t>建立企業與系所長期人才培育與產學合作關係。</w:t>
      </w:r>
    </w:p>
    <w:p w:rsidR="000E040E" w:rsidRPr="003B2E36" w:rsidRDefault="009F40F5" w:rsidP="003B2E36">
      <w:pPr>
        <w:snapToGrid w:val="0"/>
        <w:spacing w:after="120" w:line="240" w:lineRule="auto"/>
        <w:rPr>
          <w:b/>
          <w:sz w:val="28"/>
          <w:lang w:eastAsia="zh-TW"/>
        </w:rPr>
      </w:pPr>
      <w:r>
        <w:rPr>
          <w:b/>
          <w:sz w:val="28"/>
          <w:lang w:eastAsia="zh-TW"/>
        </w:rPr>
        <w:t>七、企業參與流程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911"/>
      </w:tblGrid>
      <w:tr w:rsidR="000E040E" w:rsidTr="003B2E36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:rsidR="000E040E" w:rsidRDefault="009F40F5" w:rsidP="005B1112">
            <w:pPr>
              <w:jc w:val="center"/>
            </w:pPr>
            <w:proofErr w:type="spellStart"/>
            <w:r>
              <w:rPr>
                <w:b/>
              </w:rPr>
              <w:t>階段</w:t>
            </w:r>
            <w:proofErr w:type="spellEnd"/>
          </w:p>
        </w:tc>
        <w:tc>
          <w:tcPr>
            <w:tcW w:w="6911" w:type="dxa"/>
            <w:shd w:val="clear" w:color="auto" w:fill="D9EAF7"/>
            <w:vAlign w:val="center"/>
          </w:tcPr>
          <w:p w:rsidR="000E040E" w:rsidRDefault="009F40F5" w:rsidP="005B1112">
            <w:pPr>
              <w:jc w:val="center"/>
            </w:pPr>
            <w:r>
              <w:rPr>
                <w:b/>
              </w:rPr>
              <w:t>企業／學校工作</w:t>
            </w:r>
          </w:p>
        </w:tc>
      </w:tr>
      <w:tr w:rsidR="000E040E" w:rsidTr="003B2E36">
        <w:trPr>
          <w:jc w:val="center"/>
        </w:trPr>
        <w:tc>
          <w:tcPr>
            <w:tcW w:w="2835" w:type="dxa"/>
            <w:vAlign w:val="center"/>
          </w:tcPr>
          <w:p w:rsidR="000E040E" w:rsidRDefault="009F40F5" w:rsidP="005B1112">
            <w:pPr>
              <w:jc w:val="center"/>
            </w:pPr>
            <w:r>
              <w:t>1. 提供需求</w:t>
            </w:r>
          </w:p>
        </w:tc>
        <w:tc>
          <w:tcPr>
            <w:tcW w:w="6911" w:type="dxa"/>
            <w:vAlign w:val="center"/>
          </w:tcPr>
          <w:p w:rsidR="000E040E" w:rsidRDefault="009F40F5">
            <w:pPr>
              <w:rPr>
                <w:lang w:eastAsia="zh-TW"/>
              </w:rPr>
            </w:pPr>
            <w:r>
              <w:rPr>
                <w:lang w:eastAsia="zh-TW"/>
              </w:rPr>
              <w:t>企業提供實習職缺、工作內容及人才條件</w:t>
            </w:r>
          </w:p>
        </w:tc>
      </w:tr>
      <w:tr w:rsidR="000E040E" w:rsidTr="003B2E36">
        <w:trPr>
          <w:jc w:val="center"/>
        </w:trPr>
        <w:tc>
          <w:tcPr>
            <w:tcW w:w="2835" w:type="dxa"/>
            <w:vAlign w:val="center"/>
          </w:tcPr>
          <w:p w:rsidR="000E040E" w:rsidRDefault="009F40F5" w:rsidP="005B1112">
            <w:pPr>
              <w:jc w:val="center"/>
            </w:pPr>
            <w:r>
              <w:t xml:space="preserve">2. </w:t>
            </w:r>
            <w:proofErr w:type="spellStart"/>
            <w:r>
              <w:t>職缺公告</w:t>
            </w:r>
            <w:proofErr w:type="spellEnd"/>
          </w:p>
        </w:tc>
        <w:tc>
          <w:tcPr>
            <w:tcW w:w="6911" w:type="dxa"/>
            <w:vAlign w:val="center"/>
          </w:tcPr>
          <w:p w:rsidR="000E040E" w:rsidRDefault="009F40F5">
            <w:pPr>
              <w:rPr>
                <w:lang w:eastAsia="zh-TW"/>
              </w:rPr>
            </w:pPr>
            <w:r>
              <w:rPr>
                <w:lang w:eastAsia="zh-TW"/>
              </w:rPr>
              <w:t>學校彙整並公告企業實習職缺</w:t>
            </w:r>
          </w:p>
        </w:tc>
      </w:tr>
      <w:tr w:rsidR="000E040E" w:rsidTr="003B2E36">
        <w:trPr>
          <w:jc w:val="center"/>
        </w:trPr>
        <w:tc>
          <w:tcPr>
            <w:tcW w:w="2835" w:type="dxa"/>
            <w:vAlign w:val="center"/>
          </w:tcPr>
          <w:p w:rsidR="000E040E" w:rsidRDefault="009F40F5" w:rsidP="005B1112">
            <w:pPr>
              <w:jc w:val="center"/>
            </w:pPr>
            <w:r>
              <w:t xml:space="preserve">3. </w:t>
            </w:r>
            <w:proofErr w:type="spellStart"/>
            <w:r>
              <w:t>學生應徵</w:t>
            </w:r>
            <w:proofErr w:type="spellEnd"/>
          </w:p>
        </w:tc>
        <w:tc>
          <w:tcPr>
            <w:tcW w:w="6911" w:type="dxa"/>
            <w:vAlign w:val="center"/>
          </w:tcPr>
          <w:p w:rsidR="000E040E" w:rsidRDefault="009F40F5">
            <w:pPr>
              <w:rPr>
                <w:lang w:eastAsia="zh-TW"/>
              </w:rPr>
            </w:pPr>
            <w:r>
              <w:rPr>
                <w:lang w:eastAsia="zh-TW"/>
              </w:rPr>
              <w:t>學生依規定投遞履歷，企業進行履歷篩選</w:t>
            </w:r>
          </w:p>
        </w:tc>
      </w:tr>
      <w:tr w:rsidR="000E040E" w:rsidTr="003B2E36">
        <w:trPr>
          <w:jc w:val="center"/>
        </w:trPr>
        <w:tc>
          <w:tcPr>
            <w:tcW w:w="2835" w:type="dxa"/>
            <w:vAlign w:val="center"/>
          </w:tcPr>
          <w:p w:rsidR="000E040E" w:rsidRDefault="009F40F5" w:rsidP="005B1112">
            <w:pPr>
              <w:jc w:val="center"/>
            </w:pPr>
            <w:r>
              <w:t xml:space="preserve">4. </w:t>
            </w:r>
            <w:proofErr w:type="spellStart"/>
            <w:r>
              <w:t>面試錄取</w:t>
            </w:r>
            <w:proofErr w:type="spellEnd"/>
          </w:p>
        </w:tc>
        <w:tc>
          <w:tcPr>
            <w:tcW w:w="6911" w:type="dxa"/>
            <w:vAlign w:val="center"/>
          </w:tcPr>
          <w:p w:rsidR="000E040E" w:rsidRDefault="009F40F5">
            <w:pPr>
              <w:rPr>
                <w:lang w:eastAsia="zh-TW"/>
              </w:rPr>
            </w:pPr>
            <w:r>
              <w:rPr>
                <w:lang w:eastAsia="zh-TW"/>
              </w:rPr>
              <w:t>企業安排面試並確認錄取學生</w:t>
            </w:r>
          </w:p>
        </w:tc>
      </w:tr>
      <w:tr w:rsidR="000E040E" w:rsidTr="003B2E36">
        <w:trPr>
          <w:jc w:val="center"/>
        </w:trPr>
        <w:tc>
          <w:tcPr>
            <w:tcW w:w="2835" w:type="dxa"/>
            <w:vAlign w:val="center"/>
          </w:tcPr>
          <w:p w:rsidR="000E040E" w:rsidRDefault="009F40F5" w:rsidP="005B1112">
            <w:pPr>
              <w:jc w:val="center"/>
            </w:pPr>
            <w:r>
              <w:t xml:space="preserve">5. </w:t>
            </w:r>
            <w:proofErr w:type="spellStart"/>
            <w:r>
              <w:t>合約作業</w:t>
            </w:r>
            <w:proofErr w:type="spellEnd"/>
          </w:p>
        </w:tc>
        <w:tc>
          <w:tcPr>
            <w:tcW w:w="6911" w:type="dxa"/>
            <w:vAlign w:val="center"/>
          </w:tcPr>
          <w:p w:rsidR="000E040E" w:rsidRDefault="009F40F5">
            <w:pPr>
              <w:rPr>
                <w:lang w:eastAsia="zh-TW"/>
              </w:rPr>
            </w:pPr>
            <w:r>
              <w:rPr>
                <w:lang w:eastAsia="zh-TW"/>
              </w:rPr>
              <w:t>學校、企業及學生依規定完成實習相關文件與合約</w:t>
            </w:r>
          </w:p>
        </w:tc>
      </w:tr>
      <w:tr w:rsidR="000E040E" w:rsidTr="003B2E36">
        <w:trPr>
          <w:jc w:val="center"/>
        </w:trPr>
        <w:tc>
          <w:tcPr>
            <w:tcW w:w="2835" w:type="dxa"/>
            <w:vAlign w:val="center"/>
          </w:tcPr>
          <w:p w:rsidR="000E040E" w:rsidRDefault="009F40F5" w:rsidP="005B1112">
            <w:pPr>
              <w:jc w:val="center"/>
            </w:pPr>
            <w:r>
              <w:t xml:space="preserve">6. </w:t>
            </w:r>
            <w:proofErr w:type="spellStart"/>
            <w:r>
              <w:t>開始實習</w:t>
            </w:r>
            <w:proofErr w:type="spellEnd"/>
          </w:p>
        </w:tc>
        <w:tc>
          <w:tcPr>
            <w:tcW w:w="6911" w:type="dxa"/>
            <w:vAlign w:val="center"/>
          </w:tcPr>
          <w:p w:rsidR="000E040E" w:rsidRDefault="009F40F5">
            <w:pPr>
              <w:rPr>
                <w:lang w:eastAsia="zh-TW"/>
              </w:rPr>
            </w:pPr>
            <w:r>
              <w:rPr>
                <w:lang w:eastAsia="zh-TW"/>
              </w:rPr>
              <w:t>學生進入企業實習，企業安排業界輔導教師</w:t>
            </w:r>
          </w:p>
        </w:tc>
      </w:tr>
      <w:tr w:rsidR="000E040E" w:rsidTr="003B2E36">
        <w:trPr>
          <w:jc w:val="center"/>
        </w:trPr>
        <w:tc>
          <w:tcPr>
            <w:tcW w:w="2835" w:type="dxa"/>
            <w:vAlign w:val="center"/>
          </w:tcPr>
          <w:p w:rsidR="000E040E" w:rsidRDefault="009F40F5" w:rsidP="005B1112">
            <w:pPr>
              <w:jc w:val="center"/>
            </w:pPr>
            <w:r>
              <w:t xml:space="preserve">7. </w:t>
            </w:r>
            <w:proofErr w:type="spellStart"/>
            <w:r>
              <w:t>實習輔導</w:t>
            </w:r>
            <w:proofErr w:type="spellEnd"/>
          </w:p>
        </w:tc>
        <w:tc>
          <w:tcPr>
            <w:tcW w:w="6911" w:type="dxa"/>
            <w:vAlign w:val="center"/>
          </w:tcPr>
          <w:p w:rsidR="000E040E" w:rsidRDefault="009F40F5">
            <w:pPr>
              <w:rPr>
                <w:lang w:eastAsia="zh-TW"/>
              </w:rPr>
            </w:pPr>
            <w:r>
              <w:rPr>
                <w:lang w:eastAsia="zh-TW"/>
              </w:rPr>
              <w:t>企業與學校共同進行學生工作及學習輔導</w:t>
            </w:r>
          </w:p>
        </w:tc>
      </w:tr>
      <w:tr w:rsidR="000E040E" w:rsidTr="003B2E36">
        <w:trPr>
          <w:jc w:val="center"/>
        </w:trPr>
        <w:tc>
          <w:tcPr>
            <w:tcW w:w="2835" w:type="dxa"/>
            <w:vAlign w:val="center"/>
          </w:tcPr>
          <w:p w:rsidR="000E040E" w:rsidRDefault="009F40F5" w:rsidP="005B1112">
            <w:pPr>
              <w:jc w:val="center"/>
            </w:pPr>
            <w:r>
              <w:t xml:space="preserve">8. </w:t>
            </w:r>
            <w:proofErr w:type="spellStart"/>
            <w:r>
              <w:t>成果評核</w:t>
            </w:r>
            <w:proofErr w:type="spellEnd"/>
          </w:p>
        </w:tc>
        <w:tc>
          <w:tcPr>
            <w:tcW w:w="6911" w:type="dxa"/>
            <w:vAlign w:val="center"/>
          </w:tcPr>
          <w:p w:rsidR="000E040E" w:rsidRDefault="009F40F5">
            <w:pPr>
              <w:rPr>
                <w:lang w:eastAsia="zh-TW"/>
              </w:rPr>
            </w:pPr>
            <w:r>
              <w:rPr>
                <w:lang w:eastAsia="zh-TW"/>
              </w:rPr>
              <w:t>依實習課程規劃進行實習表現及成果評核</w:t>
            </w:r>
          </w:p>
        </w:tc>
      </w:tr>
    </w:tbl>
    <w:p w:rsidR="00BB2A13" w:rsidRDefault="00BB2A13">
      <w:pPr>
        <w:rPr>
          <w:b/>
          <w:sz w:val="28"/>
          <w:lang w:eastAsia="zh-TW"/>
        </w:rPr>
      </w:pPr>
      <w:r>
        <w:rPr>
          <w:b/>
          <w:sz w:val="28"/>
          <w:lang w:eastAsia="zh-TW"/>
        </w:rPr>
        <w:br w:type="page"/>
      </w:r>
    </w:p>
    <w:p w:rsidR="000E040E" w:rsidRDefault="009F40F5" w:rsidP="003B2E36">
      <w:pPr>
        <w:snapToGrid w:val="0"/>
        <w:spacing w:after="120" w:line="240" w:lineRule="auto"/>
        <w:rPr>
          <w:b/>
          <w:sz w:val="28"/>
          <w:lang w:eastAsia="zh-TW"/>
        </w:rPr>
      </w:pPr>
      <w:r>
        <w:rPr>
          <w:b/>
          <w:sz w:val="28"/>
          <w:lang w:eastAsia="zh-TW"/>
        </w:rPr>
        <w:lastRenderedPageBreak/>
        <w:t>八、2027上半年產業實習預定時程</w:t>
      </w:r>
    </w:p>
    <w:tbl>
      <w:tblPr>
        <w:tblStyle w:val="aff2"/>
        <w:tblW w:w="4532" w:type="pct"/>
        <w:jc w:val="center"/>
        <w:tblLook w:val="04A0" w:firstRow="1" w:lastRow="0" w:firstColumn="1" w:lastColumn="0" w:noHBand="0" w:noVBand="1"/>
      </w:tblPr>
      <w:tblGrid>
        <w:gridCol w:w="3716"/>
        <w:gridCol w:w="6031"/>
      </w:tblGrid>
      <w:tr w:rsidR="000E040E" w:rsidTr="00B50573">
        <w:trPr>
          <w:jc w:val="center"/>
        </w:trPr>
        <w:tc>
          <w:tcPr>
            <w:tcW w:w="1906" w:type="pct"/>
            <w:shd w:val="clear" w:color="auto" w:fill="D9EAF7"/>
            <w:vAlign w:val="center"/>
          </w:tcPr>
          <w:p w:rsidR="000E040E" w:rsidRDefault="009F40F5">
            <w:proofErr w:type="spellStart"/>
            <w:r>
              <w:rPr>
                <w:b/>
              </w:rPr>
              <w:t>預定時間</w:t>
            </w:r>
            <w:proofErr w:type="spellEnd"/>
          </w:p>
        </w:tc>
        <w:tc>
          <w:tcPr>
            <w:tcW w:w="3094" w:type="pct"/>
            <w:shd w:val="clear" w:color="auto" w:fill="D9EAF7"/>
            <w:vAlign w:val="center"/>
          </w:tcPr>
          <w:p w:rsidR="000E040E" w:rsidRDefault="009F40F5">
            <w:proofErr w:type="spellStart"/>
            <w:r>
              <w:rPr>
                <w:b/>
              </w:rPr>
              <w:t>工作項目</w:t>
            </w:r>
            <w:proofErr w:type="spellEnd"/>
          </w:p>
        </w:tc>
      </w:tr>
      <w:tr w:rsidR="000E040E" w:rsidTr="00B50573">
        <w:trPr>
          <w:jc w:val="center"/>
        </w:trPr>
        <w:tc>
          <w:tcPr>
            <w:tcW w:w="1906" w:type="pct"/>
            <w:vAlign w:val="center"/>
          </w:tcPr>
          <w:p w:rsidR="000E040E" w:rsidRDefault="009F40F5">
            <w:r>
              <w:t>2026年9～10月</w:t>
            </w:r>
          </w:p>
        </w:tc>
        <w:tc>
          <w:tcPr>
            <w:tcW w:w="3094" w:type="pct"/>
            <w:vAlign w:val="center"/>
          </w:tcPr>
          <w:p w:rsidR="000E040E" w:rsidRDefault="009F40F5">
            <w:pPr>
              <w:rPr>
                <w:lang w:eastAsia="zh-TW"/>
              </w:rPr>
            </w:pPr>
            <w:r>
              <w:rPr>
                <w:lang w:eastAsia="zh-TW"/>
              </w:rPr>
              <w:t>聯繫企業、徵求2027上半年實習名額</w:t>
            </w:r>
          </w:p>
        </w:tc>
      </w:tr>
      <w:tr w:rsidR="006D0C24" w:rsidRPr="006D0C24" w:rsidTr="00B50573">
        <w:trPr>
          <w:jc w:val="center"/>
        </w:trPr>
        <w:tc>
          <w:tcPr>
            <w:tcW w:w="1906" w:type="pct"/>
            <w:vAlign w:val="center"/>
          </w:tcPr>
          <w:p w:rsidR="000E040E" w:rsidRPr="006D0C24" w:rsidRDefault="009F40F5">
            <w:pPr>
              <w:rPr>
                <w:color w:val="000000" w:themeColor="text1"/>
                <w:highlight w:val="yellow"/>
                <w:shd w:val="pct15" w:color="auto" w:fill="FFFFFF"/>
              </w:rPr>
            </w:pPr>
            <w:r w:rsidRPr="006D0C24">
              <w:rPr>
                <w:color w:val="000000" w:themeColor="text1"/>
                <w:highlight w:val="yellow"/>
                <w:shd w:val="pct15" w:color="auto" w:fill="FFFFFF"/>
              </w:rPr>
              <w:t>2026年10月</w:t>
            </w:r>
            <w:r w:rsidR="00270345">
              <w:rPr>
                <w:rFonts w:hint="eastAsia"/>
                <w:color w:val="000000" w:themeColor="text1"/>
                <w:highlight w:val="yellow"/>
                <w:shd w:val="pct15" w:color="auto" w:fill="FFFFFF"/>
                <w:lang w:eastAsia="zh-TW"/>
              </w:rPr>
              <w:t>15</w:t>
            </w:r>
            <w:r w:rsidR="00BB2A13" w:rsidRPr="006D0C24">
              <w:rPr>
                <w:rFonts w:hint="eastAsia"/>
                <w:color w:val="000000" w:themeColor="text1"/>
                <w:highlight w:val="yellow"/>
                <w:shd w:val="pct15" w:color="auto" w:fill="FFFFFF"/>
                <w:lang w:eastAsia="zh-TW"/>
              </w:rPr>
              <w:t>日</w:t>
            </w:r>
            <w:r w:rsidR="00E979E5">
              <w:rPr>
                <w:rFonts w:hint="eastAsia"/>
                <w:color w:val="000000" w:themeColor="text1"/>
                <w:highlight w:val="yellow"/>
                <w:shd w:val="pct15" w:color="auto" w:fill="FFFFFF"/>
                <w:lang w:eastAsia="zh-TW"/>
              </w:rPr>
              <w:t>(</w:t>
            </w:r>
            <w:r w:rsidR="00270345">
              <w:rPr>
                <w:rFonts w:hint="eastAsia"/>
                <w:color w:val="000000" w:themeColor="text1"/>
                <w:highlight w:val="yellow"/>
                <w:shd w:val="pct15" w:color="auto" w:fill="FFFFFF"/>
                <w:lang w:eastAsia="zh-TW"/>
              </w:rPr>
              <w:t>四</w:t>
            </w:r>
            <w:bookmarkStart w:id="0" w:name="_GoBack"/>
            <w:bookmarkEnd w:id="0"/>
            <w:r w:rsidR="00E979E5">
              <w:rPr>
                <w:rFonts w:hint="eastAsia"/>
                <w:color w:val="000000" w:themeColor="text1"/>
                <w:highlight w:val="yellow"/>
                <w:shd w:val="pct15" w:color="auto" w:fill="FFFFFF"/>
                <w:lang w:eastAsia="zh-TW"/>
              </w:rPr>
              <w:t>)下午</w:t>
            </w:r>
            <w:r w:rsidR="00B50573">
              <w:rPr>
                <w:rFonts w:hint="eastAsia"/>
                <w:color w:val="000000" w:themeColor="text1"/>
                <w:highlight w:val="yellow"/>
                <w:shd w:val="pct15" w:color="auto" w:fill="FFFFFF"/>
                <w:lang w:eastAsia="zh-TW"/>
              </w:rPr>
              <w:t>2:00</w:t>
            </w:r>
          </w:p>
        </w:tc>
        <w:tc>
          <w:tcPr>
            <w:tcW w:w="3094" w:type="pct"/>
            <w:vAlign w:val="center"/>
          </w:tcPr>
          <w:p w:rsidR="000E040E" w:rsidRPr="006D0C24" w:rsidRDefault="009F40F5">
            <w:pPr>
              <w:rPr>
                <w:color w:val="000000" w:themeColor="text1"/>
                <w:shd w:val="pct15" w:color="auto" w:fill="FFFFFF"/>
                <w:lang w:eastAsia="zh-TW"/>
              </w:rPr>
            </w:pPr>
            <w:r w:rsidRPr="006D0C24">
              <w:rPr>
                <w:color w:val="000000" w:themeColor="text1"/>
                <w:highlight w:val="yellow"/>
                <w:shd w:val="pct15" w:color="auto" w:fill="FFFFFF"/>
                <w:lang w:eastAsia="zh-TW"/>
              </w:rPr>
              <w:t>辦理企業實習合作說明</w:t>
            </w:r>
            <w:r w:rsidR="00B50573">
              <w:rPr>
                <w:rFonts w:hint="eastAsia"/>
                <w:color w:val="000000" w:themeColor="text1"/>
                <w:highlight w:val="yellow"/>
                <w:shd w:val="pct15" w:color="auto" w:fill="FFFFFF"/>
                <w:lang w:eastAsia="zh-TW"/>
              </w:rPr>
              <w:t>會</w:t>
            </w:r>
            <w:r w:rsidR="00BB2A13" w:rsidRPr="006D0C24">
              <w:rPr>
                <w:rFonts w:hint="eastAsia"/>
                <w:color w:val="000000" w:themeColor="text1"/>
                <w:highlight w:val="yellow"/>
                <w:shd w:val="pct15" w:color="auto" w:fill="FFFFFF"/>
                <w:lang w:eastAsia="zh-TW"/>
              </w:rPr>
              <w:t>(</w:t>
            </w:r>
            <w:proofErr w:type="gramStart"/>
            <w:r w:rsidR="00BB2A13" w:rsidRPr="006D0C24">
              <w:rPr>
                <w:rFonts w:hint="eastAsia"/>
                <w:color w:val="000000" w:themeColor="text1"/>
                <w:highlight w:val="yellow"/>
                <w:shd w:val="pct15" w:color="auto" w:fill="FFFFFF"/>
                <w:lang w:eastAsia="zh-TW"/>
              </w:rPr>
              <w:t>線上</w:t>
            </w:r>
            <w:proofErr w:type="gramEnd"/>
            <w:r w:rsidR="00BB2A13" w:rsidRPr="006D0C24">
              <w:rPr>
                <w:rFonts w:hint="eastAsia"/>
                <w:color w:val="000000" w:themeColor="text1"/>
                <w:highlight w:val="yellow"/>
                <w:shd w:val="pct15" w:color="auto" w:fill="FFFFFF"/>
                <w:lang w:eastAsia="zh-TW"/>
              </w:rPr>
              <w:t>)</w:t>
            </w:r>
          </w:p>
        </w:tc>
      </w:tr>
      <w:tr w:rsidR="000E040E" w:rsidTr="00B50573">
        <w:trPr>
          <w:jc w:val="center"/>
        </w:trPr>
        <w:tc>
          <w:tcPr>
            <w:tcW w:w="1906" w:type="pct"/>
            <w:vAlign w:val="center"/>
          </w:tcPr>
          <w:p w:rsidR="000E040E" w:rsidRDefault="009F40F5">
            <w:r>
              <w:t>2026年</w:t>
            </w:r>
            <w:r w:rsidR="006D0C24">
              <w:rPr>
                <w:rFonts w:hint="eastAsia"/>
                <w:lang w:eastAsia="zh-TW"/>
              </w:rPr>
              <w:t>9-</w:t>
            </w:r>
            <w:r>
              <w:t>11月</w:t>
            </w:r>
          </w:p>
        </w:tc>
        <w:tc>
          <w:tcPr>
            <w:tcW w:w="3094" w:type="pct"/>
            <w:vAlign w:val="center"/>
          </w:tcPr>
          <w:p w:rsidR="000E040E" w:rsidRDefault="009F40F5">
            <w:pPr>
              <w:rPr>
                <w:lang w:eastAsia="zh-TW"/>
              </w:rPr>
            </w:pPr>
            <w:r>
              <w:rPr>
                <w:lang w:eastAsia="zh-TW"/>
              </w:rPr>
              <w:t>公告合作企業、實習</w:t>
            </w:r>
            <w:proofErr w:type="gramStart"/>
            <w:r>
              <w:rPr>
                <w:lang w:eastAsia="zh-TW"/>
              </w:rPr>
              <w:t>職缺及工作</w:t>
            </w:r>
            <w:proofErr w:type="gramEnd"/>
            <w:r>
              <w:rPr>
                <w:lang w:eastAsia="zh-TW"/>
              </w:rPr>
              <w:t>內容</w:t>
            </w:r>
          </w:p>
        </w:tc>
      </w:tr>
      <w:tr w:rsidR="000E040E" w:rsidTr="00B50573">
        <w:trPr>
          <w:jc w:val="center"/>
        </w:trPr>
        <w:tc>
          <w:tcPr>
            <w:tcW w:w="1906" w:type="pct"/>
            <w:vAlign w:val="center"/>
          </w:tcPr>
          <w:p w:rsidR="000E040E" w:rsidRDefault="009F40F5">
            <w:r>
              <w:t>2026年11～12月</w:t>
            </w:r>
          </w:p>
        </w:tc>
        <w:tc>
          <w:tcPr>
            <w:tcW w:w="3094" w:type="pct"/>
            <w:vAlign w:val="center"/>
          </w:tcPr>
          <w:p w:rsidR="000E040E" w:rsidRDefault="009F40F5">
            <w:pPr>
              <w:rPr>
                <w:lang w:eastAsia="zh-TW"/>
              </w:rPr>
            </w:pPr>
            <w:r>
              <w:rPr>
                <w:lang w:eastAsia="zh-TW"/>
              </w:rPr>
              <w:t>學生投遞履歷、企業面試及錄取</w:t>
            </w:r>
          </w:p>
        </w:tc>
      </w:tr>
      <w:tr w:rsidR="006D0C24" w:rsidTr="00B50573">
        <w:trPr>
          <w:jc w:val="center"/>
        </w:trPr>
        <w:tc>
          <w:tcPr>
            <w:tcW w:w="1906" w:type="pct"/>
            <w:vAlign w:val="center"/>
          </w:tcPr>
          <w:p w:rsidR="006D0C24" w:rsidRDefault="00E979E5" w:rsidP="006D0C24">
            <w:r>
              <w:t>2026年12月</w:t>
            </w:r>
            <w:r>
              <w:rPr>
                <w:rFonts w:hint="eastAsia"/>
                <w:lang w:eastAsia="zh-TW"/>
              </w:rPr>
              <w:t>15日</w:t>
            </w:r>
            <w:r w:rsidRPr="00C46252">
              <w:rPr>
                <w:rFonts w:ascii="Arial Unicode MS" w:hAnsi="Arial Unicode MS" w:hint="eastAsia"/>
                <w:color w:val="000000" w:themeColor="text1"/>
                <w:shd w:val="pct15" w:color="auto" w:fill="FFFFFF"/>
              </w:rPr>
              <w:t>(</w:t>
            </w:r>
            <w:r w:rsidR="005B1112">
              <w:rPr>
                <w:rFonts w:ascii="Arial Unicode MS" w:hAnsi="Arial Unicode MS" w:hint="eastAsia"/>
                <w:color w:val="000000" w:themeColor="text1"/>
                <w:shd w:val="pct15" w:color="auto" w:fill="FFFFFF"/>
                <w:lang w:eastAsia="zh-TW"/>
              </w:rPr>
              <w:t>二</w:t>
            </w:r>
            <w:r w:rsidRPr="00C46252">
              <w:rPr>
                <w:rFonts w:ascii="Arial Unicode MS" w:hAnsi="Arial Unicode MS" w:hint="eastAsia"/>
                <w:color w:val="000000" w:themeColor="text1"/>
                <w:shd w:val="pct15" w:color="auto" w:fill="FFFFFF"/>
              </w:rPr>
              <w:t>)</w:t>
            </w:r>
            <w:r>
              <w:rPr>
                <w:rFonts w:ascii="Arial Unicode MS" w:hAnsi="Arial Unicode MS" w:hint="eastAsia"/>
                <w:color w:val="000000" w:themeColor="text1"/>
                <w:shd w:val="pct15" w:color="auto" w:fill="FFFFFF"/>
                <w:lang w:eastAsia="zh-TW"/>
              </w:rPr>
              <w:t>前</w:t>
            </w:r>
          </w:p>
        </w:tc>
        <w:tc>
          <w:tcPr>
            <w:tcW w:w="3094" w:type="pct"/>
          </w:tcPr>
          <w:p w:rsidR="006D0C24" w:rsidRPr="00C46252" w:rsidRDefault="006D0C24" w:rsidP="006D0C24">
            <w:pPr>
              <w:spacing w:before="100" w:beforeAutospacing="1"/>
              <w:jc w:val="both"/>
              <w:rPr>
                <w:rFonts w:ascii="Arial Unicode MS" w:hAnsi="Arial Unicode MS"/>
                <w:color w:val="000000" w:themeColor="text1"/>
              </w:rPr>
            </w:pPr>
            <w:proofErr w:type="spellStart"/>
            <w:r w:rsidRPr="00C46252">
              <w:rPr>
                <w:rFonts w:ascii="Arial Unicode MS" w:hAnsi="Arial Unicode MS" w:hint="eastAsia"/>
                <w:color w:val="000000" w:themeColor="text1"/>
              </w:rPr>
              <w:t>廠商提供面試結果</w:t>
            </w:r>
            <w:proofErr w:type="spellEnd"/>
          </w:p>
        </w:tc>
      </w:tr>
      <w:tr w:rsidR="006D0C24" w:rsidTr="00B50573">
        <w:trPr>
          <w:jc w:val="center"/>
        </w:trPr>
        <w:tc>
          <w:tcPr>
            <w:tcW w:w="1906" w:type="pct"/>
            <w:vAlign w:val="center"/>
          </w:tcPr>
          <w:p w:rsidR="006D0C24" w:rsidRDefault="006D0C24" w:rsidP="006D0C24">
            <w:r>
              <w:t>2026年12月</w:t>
            </w:r>
            <w:r>
              <w:rPr>
                <w:rFonts w:hint="eastAsia"/>
                <w:lang w:eastAsia="zh-TW"/>
              </w:rPr>
              <w:t>18日</w:t>
            </w:r>
            <w:r w:rsidRPr="00C46252">
              <w:rPr>
                <w:rFonts w:ascii="Arial Unicode MS" w:hAnsi="Arial Unicode MS" w:hint="eastAsia"/>
                <w:color w:val="000000" w:themeColor="text1"/>
                <w:shd w:val="pct15" w:color="auto" w:fill="FFFFFF"/>
              </w:rPr>
              <w:t>(</w:t>
            </w:r>
            <w:r w:rsidRPr="00C46252">
              <w:rPr>
                <w:rFonts w:ascii="Arial Unicode MS" w:hAnsi="Arial Unicode MS" w:hint="eastAsia"/>
                <w:color w:val="000000" w:themeColor="text1"/>
                <w:shd w:val="pct15" w:color="auto" w:fill="FFFFFF"/>
              </w:rPr>
              <w:t>五</w:t>
            </w:r>
            <w:r w:rsidRPr="00C46252">
              <w:rPr>
                <w:rFonts w:ascii="Arial Unicode MS" w:hAnsi="Arial Unicode MS" w:hint="eastAsia"/>
                <w:color w:val="000000" w:themeColor="text1"/>
                <w:shd w:val="pct15" w:color="auto" w:fill="FFFFFF"/>
              </w:rPr>
              <w:t>)</w:t>
            </w:r>
          </w:p>
        </w:tc>
        <w:tc>
          <w:tcPr>
            <w:tcW w:w="3094" w:type="pct"/>
            <w:vAlign w:val="center"/>
          </w:tcPr>
          <w:p w:rsidR="006D0C24" w:rsidRDefault="006D0C24" w:rsidP="006D0C24">
            <w:pPr>
              <w:rPr>
                <w:lang w:eastAsia="zh-TW"/>
              </w:rPr>
            </w:pPr>
            <w:r>
              <w:rPr>
                <w:lang w:eastAsia="zh-TW"/>
              </w:rPr>
              <w:t>確認實習生名單及辦理後續行政作業</w:t>
            </w:r>
          </w:p>
        </w:tc>
      </w:tr>
      <w:tr w:rsidR="006D0C24" w:rsidTr="00B50573">
        <w:trPr>
          <w:jc w:val="center"/>
        </w:trPr>
        <w:tc>
          <w:tcPr>
            <w:tcW w:w="1906" w:type="pct"/>
            <w:vAlign w:val="center"/>
          </w:tcPr>
          <w:p w:rsidR="006D0C24" w:rsidRDefault="006D0C24" w:rsidP="006D0C24">
            <w:r>
              <w:t>2027年</w:t>
            </w:r>
            <w:r>
              <w:rPr>
                <w:rFonts w:hint="eastAsia"/>
                <w:lang w:eastAsia="zh-TW"/>
              </w:rPr>
              <w:t>1</w:t>
            </w:r>
            <w:r>
              <w:t>月</w:t>
            </w:r>
            <w:r>
              <w:rPr>
                <w:rFonts w:hint="eastAsia"/>
                <w:lang w:eastAsia="zh-TW"/>
              </w:rPr>
              <w:t>15日</w:t>
            </w:r>
            <w:r w:rsidRPr="00C46252">
              <w:rPr>
                <w:rFonts w:ascii="Arial Unicode MS" w:hAnsi="Arial Unicode MS" w:hint="eastAsia"/>
                <w:color w:val="000000" w:themeColor="text1"/>
                <w:shd w:val="pct15" w:color="auto" w:fill="FFFFFF"/>
              </w:rPr>
              <w:t>(</w:t>
            </w:r>
            <w:r w:rsidRPr="00C46252">
              <w:rPr>
                <w:rFonts w:ascii="Arial Unicode MS" w:hAnsi="Arial Unicode MS" w:hint="eastAsia"/>
                <w:color w:val="000000" w:themeColor="text1"/>
                <w:shd w:val="pct15" w:color="auto" w:fill="FFFFFF"/>
              </w:rPr>
              <w:t>五</w:t>
            </w:r>
            <w:r w:rsidRPr="00C46252">
              <w:rPr>
                <w:rFonts w:ascii="Arial Unicode MS" w:hAnsi="Arial Unicode MS" w:hint="eastAsia"/>
                <w:color w:val="000000" w:themeColor="text1"/>
                <w:shd w:val="pct15" w:color="auto" w:fill="FFFFFF"/>
              </w:rPr>
              <w:t xml:space="preserve">) </w:t>
            </w:r>
            <w:proofErr w:type="spellStart"/>
            <w:r w:rsidRPr="00C46252">
              <w:rPr>
                <w:rFonts w:ascii="Arial Unicode MS" w:hAnsi="Arial Unicode MS" w:hint="eastAsia"/>
                <w:color w:val="000000" w:themeColor="text1"/>
                <w:shd w:val="pct15" w:color="auto" w:fill="FFFFFF"/>
              </w:rPr>
              <w:t>下午</w:t>
            </w:r>
            <w:proofErr w:type="spellEnd"/>
          </w:p>
        </w:tc>
        <w:tc>
          <w:tcPr>
            <w:tcW w:w="3094" w:type="pct"/>
            <w:vAlign w:val="center"/>
          </w:tcPr>
          <w:p w:rsidR="006D0C24" w:rsidRDefault="006D0C24" w:rsidP="006D0C24">
            <w:pPr>
              <w:rPr>
                <w:lang w:eastAsia="zh-TW"/>
              </w:rPr>
            </w:pPr>
            <w:r>
              <w:rPr>
                <w:lang w:eastAsia="zh-TW"/>
              </w:rPr>
              <w:t>辦理學生實習行前說明</w:t>
            </w:r>
            <w:r>
              <w:rPr>
                <w:rFonts w:hint="eastAsia"/>
                <w:lang w:eastAsia="zh-TW"/>
              </w:rPr>
              <w:t>會</w:t>
            </w:r>
          </w:p>
        </w:tc>
      </w:tr>
      <w:tr w:rsidR="006D0C24" w:rsidTr="00B50573">
        <w:trPr>
          <w:jc w:val="center"/>
        </w:trPr>
        <w:tc>
          <w:tcPr>
            <w:tcW w:w="1906" w:type="pct"/>
            <w:vAlign w:val="center"/>
          </w:tcPr>
          <w:p w:rsidR="006D0C24" w:rsidRDefault="006D0C24" w:rsidP="006D0C24">
            <w:r>
              <w:t>2027年1</w:t>
            </w:r>
            <w:r>
              <w:rPr>
                <w:rFonts w:hint="eastAsia"/>
                <w:lang w:eastAsia="zh-TW"/>
              </w:rPr>
              <w:t>-2</w:t>
            </w:r>
            <w:r>
              <w:t>月</w:t>
            </w:r>
          </w:p>
        </w:tc>
        <w:tc>
          <w:tcPr>
            <w:tcW w:w="3094" w:type="pct"/>
          </w:tcPr>
          <w:p w:rsidR="006D0C24" w:rsidRPr="00C46252" w:rsidRDefault="00E90886" w:rsidP="006D0C24">
            <w:pPr>
              <w:spacing w:before="100" w:beforeAutospacing="1"/>
              <w:jc w:val="both"/>
              <w:rPr>
                <w:rFonts w:ascii="Arial Unicode MS" w:hAnsi="Arial Unicode MS"/>
                <w:color w:val="000000" w:themeColor="text1"/>
                <w:lang w:eastAsia="zh-TW"/>
              </w:rPr>
            </w:pPr>
            <w:r w:rsidRPr="00E90886">
              <w:rPr>
                <w:rFonts w:ascii="Arial Unicode MS" w:hAnsi="Arial Unicode MS" w:hint="eastAsia"/>
                <w:color w:val="000000" w:themeColor="text1"/>
                <w:lang w:eastAsia="zh-TW"/>
              </w:rPr>
              <w:t>學生到職前完成簽約及相關行政作業</w:t>
            </w:r>
          </w:p>
        </w:tc>
      </w:tr>
      <w:tr w:rsidR="006D0C24" w:rsidTr="00B50573">
        <w:trPr>
          <w:jc w:val="center"/>
        </w:trPr>
        <w:tc>
          <w:tcPr>
            <w:tcW w:w="1906" w:type="pct"/>
            <w:vAlign w:val="center"/>
          </w:tcPr>
          <w:p w:rsidR="006D0C24" w:rsidRDefault="006D0C24" w:rsidP="006D0C24">
            <w:r>
              <w:t>2027年2～5月</w:t>
            </w:r>
          </w:p>
        </w:tc>
        <w:tc>
          <w:tcPr>
            <w:tcW w:w="3094" w:type="pct"/>
            <w:vAlign w:val="center"/>
          </w:tcPr>
          <w:p w:rsidR="006D0C24" w:rsidRDefault="006D0C24" w:rsidP="006D0C24">
            <w:pPr>
              <w:rPr>
                <w:lang w:eastAsia="zh-TW"/>
              </w:rPr>
            </w:pPr>
            <w:r>
              <w:rPr>
                <w:lang w:eastAsia="zh-TW"/>
              </w:rPr>
              <w:t>學生至企業進行產業實習</w:t>
            </w:r>
          </w:p>
        </w:tc>
      </w:tr>
      <w:tr w:rsidR="006D0C24" w:rsidTr="00B50573">
        <w:trPr>
          <w:jc w:val="center"/>
        </w:trPr>
        <w:tc>
          <w:tcPr>
            <w:tcW w:w="1906" w:type="pct"/>
            <w:vAlign w:val="center"/>
          </w:tcPr>
          <w:p w:rsidR="006D0C24" w:rsidRDefault="006D0C24" w:rsidP="006D0C24">
            <w:r>
              <w:t>2027年6月</w:t>
            </w:r>
            <w:r>
              <w:rPr>
                <w:rFonts w:hint="eastAsia"/>
                <w:lang w:eastAsia="zh-TW"/>
              </w:rPr>
              <w:t>2日(三)</w:t>
            </w:r>
          </w:p>
        </w:tc>
        <w:tc>
          <w:tcPr>
            <w:tcW w:w="3094" w:type="pct"/>
            <w:vAlign w:val="center"/>
          </w:tcPr>
          <w:p w:rsidR="006D0C24" w:rsidRDefault="006D0C24" w:rsidP="006D0C24">
            <w:pPr>
              <w:rPr>
                <w:lang w:eastAsia="zh-TW"/>
              </w:rPr>
            </w:pPr>
            <w:r>
              <w:rPr>
                <w:lang w:eastAsia="zh-TW"/>
              </w:rPr>
              <w:t>辦理產業實習心得成果發表</w:t>
            </w:r>
            <w:r w:rsidR="00054FE1">
              <w:rPr>
                <w:rFonts w:hint="eastAsia"/>
                <w:lang w:eastAsia="zh-TW"/>
              </w:rPr>
              <w:t>(</w:t>
            </w:r>
            <w:proofErr w:type="gramStart"/>
            <w:r w:rsidR="00054FE1">
              <w:rPr>
                <w:rFonts w:hint="eastAsia"/>
                <w:lang w:eastAsia="zh-TW"/>
              </w:rPr>
              <w:t>線上</w:t>
            </w:r>
            <w:proofErr w:type="gramEnd"/>
            <w:r w:rsidR="00054FE1">
              <w:rPr>
                <w:rFonts w:hint="eastAsia"/>
                <w:lang w:eastAsia="zh-TW"/>
              </w:rPr>
              <w:t>)</w:t>
            </w:r>
          </w:p>
        </w:tc>
      </w:tr>
    </w:tbl>
    <w:p w:rsidR="00B50573" w:rsidRDefault="00B50573" w:rsidP="003B2E36">
      <w:pPr>
        <w:snapToGrid w:val="0"/>
        <w:spacing w:after="120" w:line="240" w:lineRule="auto"/>
        <w:rPr>
          <w:b/>
          <w:sz w:val="28"/>
          <w:lang w:eastAsia="zh-TW"/>
        </w:rPr>
      </w:pPr>
    </w:p>
    <w:p w:rsidR="000E040E" w:rsidRPr="003B2E36" w:rsidRDefault="009F40F5" w:rsidP="003B2E36">
      <w:pPr>
        <w:snapToGrid w:val="0"/>
        <w:spacing w:after="120" w:line="240" w:lineRule="auto"/>
        <w:rPr>
          <w:b/>
          <w:sz w:val="28"/>
          <w:lang w:eastAsia="zh-TW"/>
        </w:rPr>
      </w:pPr>
      <w:r>
        <w:rPr>
          <w:b/>
          <w:sz w:val="28"/>
          <w:lang w:eastAsia="zh-TW"/>
        </w:rPr>
        <w:t>九、實習薪資與相關權益</w:t>
      </w:r>
    </w:p>
    <w:p w:rsidR="000E040E" w:rsidRDefault="009F40F5">
      <w:pPr>
        <w:rPr>
          <w:lang w:eastAsia="zh-TW"/>
        </w:rPr>
      </w:pPr>
      <w:r>
        <w:rPr>
          <w:lang w:eastAsia="zh-TW"/>
        </w:rPr>
        <w:t>本課程</w:t>
      </w:r>
      <w:proofErr w:type="gramStart"/>
      <w:r>
        <w:rPr>
          <w:lang w:eastAsia="zh-TW"/>
        </w:rPr>
        <w:t>採</w:t>
      </w:r>
      <w:proofErr w:type="gramEnd"/>
      <w:r>
        <w:rPr>
          <w:lang w:eastAsia="zh-TW"/>
        </w:rPr>
        <w:t>工作型校外實習，學生與實習企業間具僱傭關係。實習期間之薪資、工時、休假、保險及其他勞動權益，依相關法令及學校與企業簽訂之校外實習合約辦理。</w:t>
      </w:r>
    </w:p>
    <w:p w:rsidR="000E040E" w:rsidRDefault="009F40F5">
      <w:pPr>
        <w:rPr>
          <w:lang w:eastAsia="zh-TW"/>
        </w:rPr>
      </w:pPr>
      <w:r>
        <w:rPr>
          <w:lang w:eastAsia="zh-TW"/>
        </w:rPr>
        <w:t>企業提供之實習薪資及福利，請於「</w:t>
      </w:r>
      <w:r w:rsidR="009059BF" w:rsidRPr="00AE66DD">
        <w:rPr>
          <w:rFonts w:hint="eastAsia"/>
          <w:color w:val="FF0000"/>
          <w:shd w:val="pct15" w:color="auto" w:fill="FFFFFF"/>
          <w:lang w:eastAsia="zh-TW"/>
        </w:rPr>
        <w:t>115</w:t>
      </w:r>
      <w:r w:rsidR="009059BF" w:rsidRPr="00AE66DD">
        <w:rPr>
          <w:color w:val="FF0000"/>
          <w:shd w:val="pct15" w:color="auto" w:fill="FFFFFF"/>
          <w:lang w:eastAsia="zh-TW"/>
        </w:rPr>
        <w:t>企業實習職缺申請表</w:t>
      </w:r>
      <w:r>
        <w:rPr>
          <w:lang w:eastAsia="zh-TW"/>
        </w:rPr>
        <w:t>」中載明，以利學生於應徵前充分了解職缺條件。</w:t>
      </w:r>
    </w:p>
    <w:p w:rsidR="00B50573" w:rsidRDefault="00B50573" w:rsidP="003B2E36">
      <w:pPr>
        <w:snapToGrid w:val="0"/>
        <w:spacing w:after="120" w:line="240" w:lineRule="auto"/>
        <w:rPr>
          <w:b/>
          <w:sz w:val="28"/>
          <w:lang w:eastAsia="zh-TW"/>
        </w:rPr>
      </w:pPr>
    </w:p>
    <w:p w:rsidR="000E040E" w:rsidRPr="003B2E36" w:rsidRDefault="009F40F5" w:rsidP="003B2E36">
      <w:pPr>
        <w:snapToGrid w:val="0"/>
        <w:spacing w:after="120" w:line="240" w:lineRule="auto"/>
        <w:rPr>
          <w:b/>
          <w:sz w:val="28"/>
          <w:lang w:eastAsia="zh-TW"/>
        </w:rPr>
      </w:pPr>
      <w:r>
        <w:rPr>
          <w:b/>
          <w:sz w:val="28"/>
          <w:lang w:eastAsia="zh-TW"/>
        </w:rPr>
        <w:t>十、聯絡資訊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552"/>
        <w:gridCol w:w="7194"/>
      </w:tblGrid>
      <w:tr w:rsidR="000E040E" w:rsidTr="003B2E36">
        <w:trPr>
          <w:jc w:val="center"/>
        </w:trPr>
        <w:tc>
          <w:tcPr>
            <w:tcW w:w="2552" w:type="dxa"/>
            <w:shd w:val="clear" w:color="auto" w:fill="D9EAF7"/>
            <w:vAlign w:val="center"/>
          </w:tcPr>
          <w:p w:rsidR="000E040E" w:rsidRDefault="009F40F5">
            <w:proofErr w:type="spellStart"/>
            <w:r>
              <w:rPr>
                <w:b/>
              </w:rPr>
              <w:t>職務</w:t>
            </w:r>
            <w:proofErr w:type="spellEnd"/>
          </w:p>
        </w:tc>
        <w:tc>
          <w:tcPr>
            <w:tcW w:w="7194" w:type="dxa"/>
            <w:shd w:val="clear" w:color="auto" w:fill="D9EAF7"/>
            <w:vAlign w:val="center"/>
          </w:tcPr>
          <w:p w:rsidR="000E040E" w:rsidRDefault="009F40F5">
            <w:proofErr w:type="spellStart"/>
            <w:r>
              <w:rPr>
                <w:b/>
              </w:rPr>
              <w:t>姓名／聯絡方式</w:t>
            </w:r>
            <w:proofErr w:type="spellEnd"/>
          </w:p>
        </w:tc>
      </w:tr>
      <w:tr w:rsidR="00500103" w:rsidTr="003B2E36">
        <w:trPr>
          <w:jc w:val="center"/>
        </w:trPr>
        <w:tc>
          <w:tcPr>
            <w:tcW w:w="2552" w:type="dxa"/>
            <w:vAlign w:val="center"/>
          </w:tcPr>
          <w:p w:rsidR="00500103" w:rsidRDefault="00500103" w:rsidP="00500103">
            <w:proofErr w:type="spellStart"/>
            <w:r>
              <w:t>實習負責教師</w:t>
            </w:r>
            <w:proofErr w:type="spellEnd"/>
            <w:r>
              <w:rPr>
                <w:rFonts w:hint="eastAsia"/>
                <w:lang w:eastAsia="zh-TW"/>
              </w:rPr>
              <w:t>(系主任)</w:t>
            </w:r>
          </w:p>
        </w:tc>
        <w:tc>
          <w:tcPr>
            <w:tcW w:w="7194" w:type="dxa"/>
            <w:vAlign w:val="center"/>
          </w:tcPr>
          <w:p w:rsidR="00500103" w:rsidRDefault="00500103" w:rsidP="00500103">
            <w:pPr>
              <w:rPr>
                <w:lang w:eastAsia="zh-TW"/>
              </w:rPr>
            </w:pPr>
            <w:r>
              <w:rPr>
                <w:lang w:eastAsia="zh-TW"/>
              </w:rPr>
              <w:t>董惟鳳 主任</w:t>
            </w:r>
            <w:proofErr w:type="gramStart"/>
            <w:r>
              <w:rPr>
                <w:lang w:eastAsia="zh-TW"/>
              </w:rPr>
              <w:t>｜</w:t>
            </w:r>
            <w:proofErr w:type="gramEnd"/>
            <w:r>
              <w:rPr>
                <w:lang w:eastAsia="zh-TW"/>
              </w:rPr>
              <w:t>02-2905-2717｜076144@mail.fju.edu.tw</w:t>
            </w:r>
          </w:p>
        </w:tc>
      </w:tr>
      <w:tr w:rsidR="00500103" w:rsidTr="003B2E36">
        <w:trPr>
          <w:jc w:val="center"/>
        </w:trPr>
        <w:tc>
          <w:tcPr>
            <w:tcW w:w="2552" w:type="dxa"/>
            <w:vAlign w:val="center"/>
          </w:tcPr>
          <w:p w:rsidR="00500103" w:rsidRDefault="00500103" w:rsidP="00500103">
            <w:proofErr w:type="spellStart"/>
            <w:r>
              <w:t>實習負責教師</w:t>
            </w:r>
            <w:proofErr w:type="spellEnd"/>
          </w:p>
        </w:tc>
        <w:tc>
          <w:tcPr>
            <w:tcW w:w="7194" w:type="dxa"/>
            <w:vAlign w:val="center"/>
          </w:tcPr>
          <w:p w:rsidR="00500103" w:rsidRDefault="00500103" w:rsidP="00500103">
            <w:pPr>
              <w:rPr>
                <w:lang w:eastAsia="zh-TW"/>
              </w:rPr>
            </w:pPr>
            <w:r>
              <w:rPr>
                <w:lang w:eastAsia="zh-TW"/>
              </w:rPr>
              <w:t>張銀益 老師</w:t>
            </w:r>
            <w:proofErr w:type="gramStart"/>
            <w:r>
              <w:rPr>
                <w:lang w:eastAsia="zh-TW"/>
              </w:rPr>
              <w:t>｜</w:t>
            </w:r>
            <w:proofErr w:type="gramEnd"/>
            <w:r>
              <w:rPr>
                <w:lang w:eastAsia="zh-TW"/>
              </w:rPr>
              <w:t>02-2905-2972｜042833@mail.fju.edu.tw</w:t>
            </w:r>
          </w:p>
        </w:tc>
      </w:tr>
      <w:tr w:rsidR="00500103" w:rsidTr="003B2E36">
        <w:trPr>
          <w:jc w:val="center"/>
        </w:trPr>
        <w:tc>
          <w:tcPr>
            <w:tcW w:w="2552" w:type="dxa"/>
            <w:vAlign w:val="center"/>
          </w:tcPr>
          <w:p w:rsidR="00500103" w:rsidRDefault="00500103" w:rsidP="00500103">
            <w:proofErr w:type="spellStart"/>
            <w:r>
              <w:t>實習負責教師</w:t>
            </w:r>
            <w:proofErr w:type="spellEnd"/>
          </w:p>
        </w:tc>
        <w:tc>
          <w:tcPr>
            <w:tcW w:w="7194" w:type="dxa"/>
            <w:vAlign w:val="center"/>
          </w:tcPr>
          <w:p w:rsidR="00500103" w:rsidRDefault="00500103" w:rsidP="00500103">
            <w:r>
              <w:t>石佳惠 老師｜02-2905-2676｜159931@mail.fju.edu.tw</w:t>
            </w:r>
          </w:p>
        </w:tc>
      </w:tr>
      <w:tr w:rsidR="00500103" w:rsidTr="003B2E36">
        <w:trPr>
          <w:jc w:val="center"/>
        </w:trPr>
        <w:tc>
          <w:tcPr>
            <w:tcW w:w="2552" w:type="dxa"/>
            <w:vAlign w:val="center"/>
          </w:tcPr>
          <w:p w:rsidR="00500103" w:rsidRDefault="00500103" w:rsidP="00500103">
            <w:r>
              <w:t>承辦秘書</w:t>
            </w:r>
          </w:p>
        </w:tc>
        <w:tc>
          <w:tcPr>
            <w:tcW w:w="7194" w:type="dxa"/>
            <w:vAlign w:val="center"/>
          </w:tcPr>
          <w:p w:rsidR="00500103" w:rsidRDefault="00500103" w:rsidP="00500103">
            <w:r>
              <w:t>徐智慧 秘書｜02-2905-2626｜055969@m</w:t>
            </w:r>
            <w:r w:rsidR="005B1112">
              <w:t>ail.</w:t>
            </w:r>
            <w:r>
              <w:t>fju.edu.tw</w:t>
            </w:r>
          </w:p>
        </w:tc>
      </w:tr>
    </w:tbl>
    <w:p w:rsidR="000E040E" w:rsidRDefault="00E90886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 </w:t>
      </w:r>
    </w:p>
    <w:p w:rsidR="00B50573" w:rsidRDefault="009F40F5" w:rsidP="003B2E36">
      <w:pPr>
        <w:snapToGrid w:val="0"/>
        <w:spacing w:after="120" w:line="240" w:lineRule="auto"/>
        <w:rPr>
          <w:b/>
          <w:sz w:val="28"/>
          <w:lang w:eastAsia="zh-TW"/>
        </w:rPr>
      </w:pPr>
      <w:r>
        <w:rPr>
          <w:b/>
          <w:sz w:val="28"/>
          <w:lang w:eastAsia="zh-TW"/>
        </w:rPr>
        <w:t>附件</w:t>
      </w:r>
      <w:r w:rsidR="004C3A6A">
        <w:rPr>
          <w:rFonts w:hint="eastAsia"/>
          <w:b/>
          <w:sz w:val="28"/>
          <w:lang w:eastAsia="zh-TW"/>
        </w:rPr>
        <w:t>(另附)</w:t>
      </w:r>
      <w:r>
        <w:rPr>
          <w:b/>
          <w:sz w:val="28"/>
          <w:lang w:eastAsia="zh-TW"/>
        </w:rPr>
        <w:t>：</w:t>
      </w:r>
      <w:r w:rsidR="00B50573">
        <w:rPr>
          <w:b/>
          <w:sz w:val="28"/>
          <w:lang w:eastAsia="zh-TW"/>
        </w:rPr>
        <w:br/>
        <w:t>（</w:t>
      </w:r>
      <w:r w:rsidR="00B50573">
        <w:rPr>
          <w:rFonts w:hint="eastAsia"/>
          <w:b/>
          <w:sz w:val="28"/>
          <w:lang w:eastAsia="zh-TW"/>
        </w:rPr>
        <w:t>一</w:t>
      </w:r>
      <w:r w:rsidR="00B50573">
        <w:rPr>
          <w:b/>
          <w:sz w:val="28"/>
          <w:lang w:eastAsia="zh-TW"/>
        </w:rPr>
        <w:t>）</w:t>
      </w:r>
      <w:bookmarkStart w:id="1" w:name="_Hlk240987340"/>
      <w:r w:rsidR="00903517">
        <w:rPr>
          <w:rFonts w:hint="eastAsia"/>
          <w:b/>
          <w:sz w:val="28"/>
          <w:lang w:eastAsia="zh-TW"/>
        </w:rPr>
        <w:t>115</w:t>
      </w:r>
      <w:r>
        <w:rPr>
          <w:b/>
          <w:sz w:val="28"/>
          <w:lang w:eastAsia="zh-TW"/>
        </w:rPr>
        <w:t>企業實習職缺申請表</w:t>
      </w:r>
      <w:bookmarkEnd w:id="1"/>
      <w:r w:rsidR="00B50573">
        <w:rPr>
          <w:b/>
          <w:sz w:val="28"/>
          <w:lang w:eastAsia="zh-TW"/>
        </w:rPr>
        <w:br/>
        <w:t>（</w:t>
      </w:r>
      <w:r w:rsidR="00B50573">
        <w:rPr>
          <w:rFonts w:hint="eastAsia"/>
          <w:b/>
          <w:sz w:val="28"/>
          <w:lang w:eastAsia="zh-TW"/>
        </w:rPr>
        <w:t>二</w:t>
      </w:r>
      <w:r w:rsidR="00B50573">
        <w:rPr>
          <w:b/>
          <w:sz w:val="28"/>
          <w:lang w:eastAsia="zh-TW"/>
        </w:rPr>
        <w:t>）</w:t>
      </w:r>
      <w:proofErr w:type="gramStart"/>
      <w:r w:rsidR="00D861A5" w:rsidRPr="00D861A5">
        <w:rPr>
          <w:rFonts w:hint="eastAsia"/>
          <w:b/>
          <w:sz w:val="28"/>
          <w:lang w:eastAsia="zh-TW"/>
        </w:rPr>
        <w:t>僱</w:t>
      </w:r>
      <w:proofErr w:type="gramEnd"/>
      <w:r w:rsidR="00D861A5" w:rsidRPr="00D861A5">
        <w:rPr>
          <w:rFonts w:hint="eastAsia"/>
          <w:b/>
          <w:sz w:val="28"/>
          <w:lang w:eastAsia="zh-TW"/>
        </w:rPr>
        <w:t>傭型實習合約範本</w:t>
      </w:r>
      <w:r w:rsidR="00D861A5">
        <w:rPr>
          <w:rFonts w:hint="eastAsia"/>
          <w:b/>
          <w:sz w:val="28"/>
          <w:lang w:eastAsia="zh-TW"/>
        </w:rPr>
        <w:t xml:space="preserve"> </w:t>
      </w:r>
      <w:r w:rsidR="00B50573">
        <w:rPr>
          <w:b/>
          <w:sz w:val="28"/>
          <w:lang w:eastAsia="zh-TW"/>
        </w:rPr>
        <w:br/>
      </w:r>
    </w:p>
    <w:tbl>
      <w:tblPr>
        <w:tblStyle w:val="aff2"/>
        <w:tblW w:w="5000" w:type="pct"/>
        <w:jc w:val="center"/>
        <w:tblLook w:val="04A0" w:firstRow="1" w:lastRow="0" w:firstColumn="1" w:lastColumn="0" w:noHBand="0" w:noVBand="1"/>
      </w:tblPr>
      <w:tblGrid>
        <w:gridCol w:w="2106"/>
        <w:gridCol w:w="8648"/>
      </w:tblGrid>
      <w:tr w:rsidR="00B50573" w:rsidRPr="00B50573" w:rsidTr="00D43B18">
        <w:trPr>
          <w:trHeight w:val="510"/>
          <w:jc w:val="center"/>
        </w:trPr>
        <w:tc>
          <w:tcPr>
            <w:tcW w:w="979" w:type="pct"/>
          </w:tcPr>
          <w:p w:rsidR="00B50573" w:rsidRPr="00B50573" w:rsidRDefault="00B50573" w:rsidP="00D43B18">
            <w:pPr>
              <w:ind w:firstLine="480"/>
              <w:rPr>
                <w:sz w:val="28"/>
                <w:szCs w:val="28"/>
              </w:rPr>
            </w:pPr>
            <w:proofErr w:type="spellStart"/>
            <w:r w:rsidRPr="00B50573">
              <w:rPr>
                <w:rFonts w:hint="eastAsia"/>
                <w:sz w:val="28"/>
                <w:szCs w:val="28"/>
              </w:rPr>
              <w:lastRenderedPageBreak/>
              <w:t>活動名稱</w:t>
            </w:r>
            <w:proofErr w:type="spellEnd"/>
          </w:p>
        </w:tc>
        <w:tc>
          <w:tcPr>
            <w:tcW w:w="4021" w:type="pct"/>
          </w:tcPr>
          <w:p w:rsidR="00B50573" w:rsidRPr="00B50573" w:rsidRDefault="00B50573" w:rsidP="00D43B18">
            <w:pPr>
              <w:ind w:firstLine="561"/>
              <w:rPr>
                <w:b/>
                <w:sz w:val="28"/>
                <w:szCs w:val="28"/>
                <w:lang w:eastAsia="zh-TW"/>
              </w:rPr>
            </w:pPr>
            <w:r w:rsidRPr="00B50573">
              <w:rPr>
                <w:color w:val="000000" w:themeColor="text1"/>
                <w:sz w:val="28"/>
                <w:szCs w:val="28"/>
                <w:highlight w:val="yellow"/>
                <w:shd w:val="pct15" w:color="auto" w:fill="FFFFFF"/>
                <w:lang w:eastAsia="zh-TW"/>
              </w:rPr>
              <w:t>企業實習合作說明</w:t>
            </w:r>
            <w:r w:rsidRPr="00B50573">
              <w:rPr>
                <w:rFonts w:hint="eastAsia"/>
                <w:color w:val="000000" w:themeColor="text1"/>
                <w:sz w:val="28"/>
                <w:szCs w:val="28"/>
                <w:highlight w:val="yellow"/>
                <w:shd w:val="pct15" w:color="auto" w:fill="FFFFFF"/>
                <w:lang w:eastAsia="zh-TW"/>
              </w:rPr>
              <w:t>會(</w:t>
            </w:r>
            <w:proofErr w:type="gramStart"/>
            <w:r w:rsidRPr="00B50573">
              <w:rPr>
                <w:rFonts w:hint="eastAsia"/>
                <w:color w:val="000000" w:themeColor="text1"/>
                <w:sz w:val="28"/>
                <w:szCs w:val="28"/>
                <w:highlight w:val="yellow"/>
                <w:shd w:val="pct15" w:color="auto" w:fill="FFFFFF"/>
                <w:lang w:eastAsia="zh-TW"/>
              </w:rPr>
              <w:t>線上</w:t>
            </w:r>
            <w:proofErr w:type="gramEnd"/>
            <w:r w:rsidRPr="00B50573">
              <w:rPr>
                <w:rFonts w:hint="eastAsia"/>
                <w:color w:val="000000" w:themeColor="text1"/>
                <w:sz w:val="28"/>
                <w:szCs w:val="28"/>
                <w:highlight w:val="yellow"/>
                <w:shd w:val="pct15" w:color="auto" w:fill="FFFFFF"/>
                <w:lang w:eastAsia="zh-TW"/>
              </w:rPr>
              <w:t>)</w:t>
            </w:r>
          </w:p>
        </w:tc>
      </w:tr>
      <w:tr w:rsidR="00B50573" w:rsidRPr="00B50573" w:rsidTr="00D43B18">
        <w:trPr>
          <w:jc w:val="center"/>
        </w:trPr>
        <w:tc>
          <w:tcPr>
            <w:tcW w:w="5000" w:type="pct"/>
            <w:gridSpan w:val="2"/>
          </w:tcPr>
          <w:p w:rsidR="00B50573" w:rsidRPr="00B50573" w:rsidRDefault="00B50573" w:rsidP="00D43B18">
            <w:pPr>
              <w:ind w:firstLine="480"/>
              <w:jc w:val="both"/>
              <w:rPr>
                <w:rFonts w:ascii="標楷體" w:hAnsi="標楷體" w:cs="新細明體"/>
                <w:sz w:val="28"/>
                <w:szCs w:val="28"/>
                <w:lang w:eastAsia="zh-TW"/>
              </w:rPr>
            </w:pPr>
            <w:r w:rsidRPr="00B50573">
              <w:rPr>
                <w:rFonts w:ascii="標楷體" w:hAnsi="標楷體" w:cs="新細明體" w:hint="eastAsia"/>
                <w:sz w:val="28"/>
                <w:szCs w:val="28"/>
                <w:lang w:eastAsia="zh-TW"/>
              </w:rPr>
              <w:t>活動說明</w:t>
            </w:r>
            <w:r w:rsidR="00845EA2">
              <w:rPr>
                <w:rFonts w:ascii="標楷體" w:hAnsi="標楷體" w:cs="新細明體" w:hint="eastAsia"/>
                <w:sz w:val="28"/>
                <w:szCs w:val="28"/>
                <w:lang w:eastAsia="zh-TW"/>
              </w:rPr>
              <w:t>：</w:t>
            </w:r>
            <w:r w:rsidRPr="00B50573">
              <w:rPr>
                <w:rFonts w:ascii="標楷體" w:hAnsi="標楷體" w:cs="新細明體" w:hint="eastAsia"/>
                <w:sz w:val="28"/>
                <w:szCs w:val="28"/>
                <w:lang w:eastAsia="zh-TW"/>
              </w:rPr>
              <w:t xml:space="preserve">  </w:t>
            </w:r>
            <w:r w:rsidRPr="00B50573">
              <w:rPr>
                <w:rFonts w:ascii="標楷體" w:hAnsi="標楷體" w:cs="新細明體" w:hint="eastAsia"/>
                <w:sz w:val="28"/>
                <w:szCs w:val="28"/>
                <w:lang w:eastAsia="zh-TW"/>
              </w:rPr>
              <w:t>針對廠商做實習計畫說明，並對實習課程進行意見溝通與交流。</w:t>
            </w:r>
          </w:p>
          <w:p w:rsidR="00B50573" w:rsidRPr="00206B89" w:rsidRDefault="00B50573" w:rsidP="00D43B18">
            <w:pPr>
              <w:ind w:firstLine="480"/>
              <w:jc w:val="both"/>
              <w:rPr>
                <w:rFonts w:ascii="標楷體" w:hAnsi="標楷體" w:cs="新細明體"/>
                <w:color w:val="0070C0"/>
                <w:sz w:val="28"/>
                <w:szCs w:val="28"/>
                <w:u w:val="single"/>
                <w:lang w:eastAsia="zh-TW"/>
              </w:rPr>
            </w:pPr>
            <w:r w:rsidRPr="00B50573">
              <w:rPr>
                <w:rFonts w:ascii="標楷體" w:hAnsi="標楷體" w:cs="新細明體" w:hint="eastAsia"/>
                <w:sz w:val="28"/>
                <w:szCs w:val="28"/>
                <w:lang w:eastAsia="zh-TW"/>
              </w:rPr>
              <w:t>參加對象</w:t>
            </w:r>
            <w:r w:rsidR="00845EA2">
              <w:rPr>
                <w:rFonts w:ascii="標楷體" w:hAnsi="標楷體" w:cs="新細明體" w:hint="eastAsia"/>
                <w:sz w:val="28"/>
                <w:szCs w:val="28"/>
                <w:lang w:eastAsia="zh-TW"/>
              </w:rPr>
              <w:t>：</w:t>
            </w:r>
            <w:r w:rsidRPr="00B50573">
              <w:rPr>
                <w:rFonts w:ascii="標楷體" w:hAnsi="標楷體" w:cs="新細明體" w:hint="eastAsia"/>
                <w:sz w:val="28"/>
                <w:szCs w:val="28"/>
                <w:lang w:eastAsia="zh-TW"/>
              </w:rPr>
              <w:t xml:space="preserve">  </w:t>
            </w:r>
            <w:r w:rsidRPr="00B50573">
              <w:rPr>
                <w:rFonts w:ascii="標楷體" w:hAnsi="標楷體" w:cs="新細明體" w:hint="eastAsia"/>
                <w:sz w:val="28"/>
                <w:szCs w:val="28"/>
                <w:lang w:eastAsia="zh-TW"/>
              </w:rPr>
              <w:t>廠商</w:t>
            </w:r>
          </w:p>
          <w:p w:rsidR="005B1112" w:rsidRDefault="00B50573" w:rsidP="005B1112">
            <w:pPr>
              <w:ind w:firstLine="480"/>
              <w:jc w:val="both"/>
              <w:rPr>
                <w:rFonts w:ascii="Arial Unicode MS" w:hAnsi="Arial Unicode MS"/>
                <w:color w:val="FF0000"/>
                <w:sz w:val="28"/>
                <w:szCs w:val="28"/>
                <w:lang w:eastAsia="zh-TW"/>
              </w:rPr>
            </w:pPr>
            <w:r w:rsidRPr="00B50573">
              <w:rPr>
                <w:rFonts w:ascii="標楷體" w:hAnsi="標楷體" w:cs="新細明體" w:hint="eastAsia"/>
                <w:sz w:val="28"/>
                <w:szCs w:val="28"/>
                <w:lang w:eastAsia="zh-TW"/>
              </w:rPr>
              <w:t>活動時間</w:t>
            </w:r>
            <w:r w:rsidR="00845EA2">
              <w:rPr>
                <w:rFonts w:ascii="標楷體" w:hAnsi="標楷體" w:cs="新細明體" w:hint="eastAsia"/>
                <w:sz w:val="28"/>
                <w:szCs w:val="28"/>
                <w:lang w:eastAsia="zh-TW"/>
              </w:rPr>
              <w:t>：</w:t>
            </w:r>
            <w:r w:rsidRPr="00B50573">
              <w:rPr>
                <w:rFonts w:ascii="標楷體" w:hAnsi="標楷體" w:cs="新細明體" w:hint="eastAsia"/>
                <w:sz w:val="28"/>
                <w:szCs w:val="28"/>
                <w:lang w:eastAsia="zh-TW"/>
              </w:rPr>
              <w:tab/>
            </w:r>
            <w:r w:rsidRPr="00B50573">
              <w:rPr>
                <w:rFonts w:ascii="Arial Unicode MS" w:hAnsi="Arial Unicode MS"/>
                <w:color w:val="FF0000"/>
                <w:sz w:val="28"/>
                <w:szCs w:val="28"/>
                <w:lang w:eastAsia="zh-TW"/>
              </w:rPr>
              <w:t>115</w:t>
            </w:r>
            <w:r w:rsidRPr="00B50573">
              <w:rPr>
                <w:rFonts w:ascii="Arial Unicode MS" w:hAnsi="Arial Unicode MS" w:hint="eastAsia"/>
                <w:color w:val="FF0000"/>
                <w:sz w:val="28"/>
                <w:szCs w:val="28"/>
                <w:lang w:eastAsia="zh-TW"/>
              </w:rPr>
              <w:t>/10/</w:t>
            </w:r>
            <w:r>
              <w:rPr>
                <w:rFonts w:ascii="Arial Unicode MS" w:hAnsi="Arial Unicode MS" w:hint="eastAsia"/>
                <w:color w:val="FF0000"/>
                <w:sz w:val="28"/>
                <w:szCs w:val="28"/>
                <w:lang w:eastAsia="zh-TW"/>
              </w:rPr>
              <w:t>1</w:t>
            </w:r>
            <w:r w:rsidR="00CF7FB9">
              <w:rPr>
                <w:rFonts w:ascii="Arial Unicode MS" w:hAnsi="Arial Unicode MS" w:hint="eastAsia"/>
                <w:color w:val="FF0000"/>
                <w:sz w:val="28"/>
                <w:szCs w:val="28"/>
                <w:lang w:eastAsia="zh-TW"/>
              </w:rPr>
              <w:t>5</w:t>
            </w:r>
            <w:r w:rsidRPr="00B50573">
              <w:rPr>
                <w:rFonts w:ascii="Arial Unicode MS" w:hAnsi="Arial Unicode MS" w:hint="eastAsia"/>
                <w:color w:val="FF0000"/>
                <w:sz w:val="28"/>
                <w:szCs w:val="28"/>
                <w:lang w:eastAsia="zh-TW"/>
              </w:rPr>
              <w:t xml:space="preserve"> (</w:t>
            </w:r>
            <w:r w:rsidR="00CF7FB9">
              <w:rPr>
                <w:rFonts w:ascii="Arial Unicode MS" w:hAnsi="Arial Unicode MS" w:hint="eastAsia"/>
                <w:color w:val="FF0000"/>
                <w:sz w:val="28"/>
                <w:szCs w:val="28"/>
                <w:lang w:eastAsia="zh-TW"/>
              </w:rPr>
              <w:t>四</w:t>
            </w:r>
            <w:r w:rsidRPr="00B50573">
              <w:rPr>
                <w:rFonts w:ascii="Arial Unicode MS" w:hAnsi="Arial Unicode MS" w:hint="eastAsia"/>
                <w:color w:val="FF0000"/>
                <w:sz w:val="28"/>
                <w:szCs w:val="28"/>
                <w:lang w:eastAsia="zh-TW"/>
              </w:rPr>
              <w:t>) 14:</w:t>
            </w:r>
            <w:r>
              <w:rPr>
                <w:rFonts w:ascii="Arial Unicode MS" w:hAnsi="Arial Unicode MS" w:hint="eastAsia"/>
                <w:color w:val="FF0000"/>
                <w:sz w:val="28"/>
                <w:szCs w:val="28"/>
                <w:lang w:eastAsia="zh-TW"/>
              </w:rPr>
              <w:t>0</w:t>
            </w:r>
            <w:r w:rsidRPr="00B50573">
              <w:rPr>
                <w:rFonts w:ascii="Arial Unicode MS" w:hAnsi="Arial Unicode MS" w:hint="eastAsia"/>
                <w:color w:val="FF0000"/>
                <w:sz w:val="28"/>
                <w:szCs w:val="28"/>
                <w:lang w:eastAsia="zh-TW"/>
              </w:rPr>
              <w:t>0</w:t>
            </w:r>
          </w:p>
          <w:p w:rsidR="005B1112" w:rsidRDefault="00B50573" w:rsidP="005B1112">
            <w:pPr>
              <w:ind w:firstLine="480"/>
              <w:jc w:val="both"/>
              <w:rPr>
                <w:rFonts w:ascii="標楷體" w:hAnsi="標楷體" w:cs="新細明體"/>
                <w:sz w:val="28"/>
                <w:szCs w:val="28"/>
                <w:lang w:eastAsia="zh-TW"/>
              </w:rPr>
            </w:pPr>
            <w:r w:rsidRPr="00B50573">
              <w:rPr>
                <w:rFonts w:ascii="標楷體" w:hAnsi="標楷體" w:cs="新細明體" w:hint="eastAsia"/>
                <w:sz w:val="28"/>
                <w:szCs w:val="28"/>
                <w:lang w:eastAsia="zh-TW"/>
              </w:rPr>
              <w:t>活動方式</w:t>
            </w:r>
            <w:r w:rsidR="005B1112">
              <w:rPr>
                <w:rFonts w:ascii="標楷體" w:hAnsi="標楷體" w:cs="新細明體" w:hint="eastAsia"/>
                <w:sz w:val="28"/>
                <w:szCs w:val="28"/>
                <w:lang w:eastAsia="zh-TW"/>
              </w:rPr>
              <w:t>：</w:t>
            </w:r>
            <w:r w:rsidRPr="00B50573">
              <w:rPr>
                <w:rFonts w:ascii="標楷體" w:hAnsi="標楷體" w:cs="新細明體" w:hint="eastAsia"/>
                <w:sz w:val="28"/>
                <w:szCs w:val="28"/>
                <w:lang w:eastAsia="zh-TW"/>
              </w:rPr>
              <w:tab/>
            </w:r>
            <w:r w:rsidRPr="00B50573">
              <w:rPr>
                <w:rFonts w:ascii="標楷體" w:hAnsi="標楷體" w:cs="新細明體"/>
                <w:sz w:val="28"/>
                <w:szCs w:val="28"/>
                <w:lang w:eastAsia="zh-TW"/>
              </w:rPr>
              <w:t>teams</w:t>
            </w:r>
            <w:proofErr w:type="gramStart"/>
            <w:r w:rsidRPr="00B50573">
              <w:rPr>
                <w:rFonts w:ascii="標楷體" w:hAnsi="標楷體" w:cs="新細明體" w:hint="eastAsia"/>
                <w:sz w:val="28"/>
                <w:szCs w:val="28"/>
                <w:lang w:eastAsia="zh-TW"/>
              </w:rPr>
              <w:t>線上會議</w:t>
            </w:r>
            <w:proofErr w:type="gramEnd"/>
          </w:p>
          <w:p w:rsidR="005B1112" w:rsidRDefault="005B1112" w:rsidP="005B1112">
            <w:pPr>
              <w:ind w:firstLine="480"/>
              <w:jc w:val="both"/>
              <w:rPr>
                <w:rFonts w:ascii="標楷體" w:hAnsi="標楷體" w:cs="新細明體"/>
                <w:sz w:val="28"/>
                <w:szCs w:val="28"/>
                <w:lang w:eastAsia="zh-TW"/>
              </w:rPr>
            </w:pPr>
            <w:r>
              <w:rPr>
                <w:rFonts w:ascii="標楷體" w:hAnsi="標楷體" w:cs="新細明體" w:hint="eastAsia"/>
                <w:sz w:val="28"/>
                <w:szCs w:val="28"/>
                <w:lang w:eastAsia="zh-TW"/>
              </w:rPr>
              <w:t>說明：</w:t>
            </w:r>
          </w:p>
          <w:p w:rsidR="005B1112" w:rsidRPr="00FD03D8" w:rsidRDefault="005B1112" w:rsidP="00FD03D8">
            <w:pPr>
              <w:pStyle w:val="ae"/>
              <w:numPr>
                <w:ilvl w:val="0"/>
                <w:numId w:val="20"/>
              </w:numPr>
              <w:jc w:val="both"/>
              <w:rPr>
                <w:rFonts w:ascii="標楷體" w:eastAsia="標楷體" w:hAnsi="標楷體" w:cs="新細明體"/>
                <w:color w:val="000000" w:themeColor="text1"/>
                <w:sz w:val="24"/>
                <w:szCs w:val="28"/>
                <w:lang w:eastAsia="zh-TW"/>
              </w:rPr>
            </w:pPr>
            <w:r w:rsidRPr="00FD03D8">
              <w:rPr>
                <w:rFonts w:ascii="標楷體" w:eastAsia="標楷體" w:hAnsi="標楷體" w:cs="新細明體" w:hint="eastAsia"/>
                <w:color w:val="000000" w:themeColor="text1"/>
                <w:sz w:val="24"/>
                <w:szCs w:val="28"/>
                <w:lang w:eastAsia="zh-TW"/>
              </w:rPr>
              <w:t>會議連結將於會前寄送至報名信箱</w:t>
            </w:r>
          </w:p>
          <w:p w:rsidR="005B1112" w:rsidRPr="00FD03D8" w:rsidRDefault="005B1112" w:rsidP="00FD03D8">
            <w:pPr>
              <w:pStyle w:val="ae"/>
              <w:numPr>
                <w:ilvl w:val="0"/>
                <w:numId w:val="20"/>
              </w:numPr>
              <w:jc w:val="both"/>
              <w:rPr>
                <w:sz w:val="28"/>
                <w:szCs w:val="28"/>
                <w:lang w:eastAsia="zh-TW"/>
              </w:rPr>
            </w:pPr>
            <w:r w:rsidRPr="00FD03D8">
              <w:rPr>
                <w:rFonts w:ascii="標楷體" w:eastAsia="標楷體" w:hAnsi="標楷體" w:cs="新細明體" w:hint="eastAsia"/>
                <w:color w:val="000000" w:themeColor="text1"/>
                <w:sz w:val="24"/>
                <w:szCs w:val="28"/>
                <w:lang w:eastAsia="zh-TW"/>
              </w:rPr>
              <w:t>請合作企業指派至少一名代表參與；如不克出席，請事先聯繫承辦</w:t>
            </w:r>
            <w:r w:rsidR="00FD03D8">
              <w:rPr>
                <w:rFonts w:ascii="標楷體" w:eastAsia="標楷體" w:hAnsi="標楷體" w:cs="新細明體" w:hint="eastAsia"/>
                <w:color w:val="000000" w:themeColor="text1"/>
                <w:sz w:val="24"/>
                <w:szCs w:val="28"/>
                <w:lang w:eastAsia="zh-TW"/>
              </w:rPr>
              <w:t>人</w:t>
            </w:r>
            <w:r w:rsidR="00983B3D" w:rsidRPr="00FD03D8">
              <w:rPr>
                <w:rFonts w:ascii="標楷體" w:eastAsia="標楷體" w:hAnsi="標楷體" w:cs="新細明體" w:hint="eastAsia"/>
                <w:color w:val="000000" w:themeColor="text1"/>
                <w:sz w:val="24"/>
                <w:szCs w:val="28"/>
                <w:lang w:eastAsia="zh-TW"/>
              </w:rPr>
              <w:t>，謝謝!</w:t>
            </w:r>
          </w:p>
        </w:tc>
      </w:tr>
      <w:tr w:rsidR="00B50573" w:rsidRPr="00393CA5" w:rsidTr="00D43B18">
        <w:tblPrEx>
          <w:jc w:val="left"/>
        </w:tblPrEx>
        <w:trPr>
          <w:trHeight w:val="2116"/>
        </w:trPr>
        <w:tc>
          <w:tcPr>
            <w:tcW w:w="5000" w:type="pct"/>
            <w:gridSpan w:val="2"/>
          </w:tcPr>
          <w:p w:rsidR="00B50573" w:rsidRDefault="00B50573" w:rsidP="00D43B18">
            <w:pPr>
              <w:spacing w:line="400" w:lineRule="exact"/>
              <w:ind w:firstLine="560"/>
              <w:rPr>
                <w:rFonts w:ascii="標楷體" w:hAnsi="標楷體"/>
                <w:sz w:val="28"/>
                <w:szCs w:val="28"/>
                <w:lang w:eastAsia="zh-TW"/>
              </w:rPr>
            </w:pPr>
            <w:r w:rsidRPr="00823451">
              <w:rPr>
                <w:rFonts w:ascii="標楷體" w:hAnsi="標楷體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06AFC42D" wp14:editId="2005A29B">
                  <wp:simplePos x="0" y="0"/>
                  <wp:positionH relativeFrom="column">
                    <wp:posOffset>4313374</wp:posOffset>
                  </wp:positionH>
                  <wp:positionV relativeFrom="paragraph">
                    <wp:posOffset>276769</wp:posOffset>
                  </wp:positionV>
                  <wp:extent cx="839470" cy="839470"/>
                  <wp:effectExtent l="0" t="0" r="0" b="0"/>
                  <wp:wrapThrough wrapText="bothSides">
                    <wp:wrapPolygon edited="0">
                      <wp:start x="0" y="0"/>
                      <wp:lineTo x="0" y="21077"/>
                      <wp:lineTo x="21077" y="21077"/>
                      <wp:lineTo x="21077" y="0"/>
                      <wp:lineTo x="0" y="0"/>
                    </wp:wrapPolygon>
                  </wp:wrapThrough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qrcode_docs.google.com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470" cy="839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3451">
              <w:rPr>
                <w:rFonts w:ascii="標楷體" w:hAnsi="標楷體"/>
                <w:sz w:val="28"/>
                <w:szCs w:val="28"/>
                <w:lang w:eastAsia="zh-TW"/>
              </w:rPr>
              <w:br w:type="page"/>
            </w:r>
            <w:r w:rsidRPr="00823451">
              <w:rPr>
                <w:rFonts w:ascii="標楷體" w:hAnsi="標楷體" w:hint="eastAsia"/>
                <w:sz w:val="28"/>
                <w:szCs w:val="28"/>
                <w:lang w:eastAsia="zh-TW"/>
              </w:rPr>
              <w:t>請於</w:t>
            </w:r>
            <w:r w:rsidRPr="00823451">
              <w:rPr>
                <w:rFonts w:ascii="標楷體" w:hAnsi="標楷體" w:hint="eastAsia"/>
                <w:sz w:val="28"/>
                <w:szCs w:val="28"/>
                <w:highlight w:val="yellow"/>
                <w:lang w:eastAsia="zh-TW"/>
              </w:rPr>
              <w:t>10/</w:t>
            </w:r>
            <w:r>
              <w:rPr>
                <w:rFonts w:ascii="標楷體" w:hAnsi="標楷體" w:hint="eastAsia"/>
                <w:sz w:val="28"/>
                <w:szCs w:val="28"/>
                <w:highlight w:val="yellow"/>
                <w:lang w:eastAsia="zh-TW"/>
              </w:rPr>
              <w:t>12(</w:t>
            </w:r>
            <w:proofErr w:type="gramStart"/>
            <w:r>
              <w:rPr>
                <w:rFonts w:ascii="標楷體" w:hAnsi="標楷體" w:hint="eastAsia"/>
                <w:sz w:val="28"/>
                <w:szCs w:val="28"/>
                <w:highlight w:val="yellow"/>
                <w:lang w:eastAsia="zh-TW"/>
              </w:rPr>
              <w:t>一</w:t>
            </w:r>
            <w:proofErr w:type="gramEnd"/>
            <w:r>
              <w:rPr>
                <w:rFonts w:ascii="標楷體" w:hAnsi="標楷體" w:hint="eastAsia"/>
                <w:sz w:val="28"/>
                <w:szCs w:val="28"/>
                <w:highlight w:val="yellow"/>
                <w:lang w:eastAsia="zh-TW"/>
              </w:rPr>
              <w:t>)</w:t>
            </w:r>
            <w:r>
              <w:rPr>
                <w:rFonts w:ascii="標楷體" w:hAnsi="標楷體" w:hint="eastAsia"/>
                <w:sz w:val="28"/>
                <w:szCs w:val="28"/>
                <w:highlight w:val="yellow"/>
                <w:lang w:eastAsia="zh-TW"/>
              </w:rPr>
              <w:t>中午</w:t>
            </w:r>
            <w:r>
              <w:rPr>
                <w:rFonts w:ascii="標楷體" w:hAnsi="標楷體" w:hint="eastAsia"/>
                <w:sz w:val="28"/>
                <w:szCs w:val="28"/>
                <w:highlight w:val="yellow"/>
                <w:lang w:eastAsia="zh-TW"/>
              </w:rPr>
              <w:t>12:00</w:t>
            </w:r>
            <w:r w:rsidRPr="00823451">
              <w:rPr>
                <w:rFonts w:ascii="標楷體" w:hAnsi="標楷體" w:hint="eastAsia"/>
                <w:sz w:val="28"/>
                <w:szCs w:val="28"/>
                <w:highlight w:val="yellow"/>
                <w:lang w:eastAsia="zh-TW"/>
              </w:rPr>
              <w:t>前</w:t>
            </w:r>
            <w:r w:rsidRPr="00823451">
              <w:rPr>
                <w:rFonts w:ascii="標楷體" w:hAnsi="標楷體" w:hint="eastAsia"/>
                <w:sz w:val="28"/>
                <w:szCs w:val="28"/>
                <w:lang w:eastAsia="zh-TW"/>
              </w:rPr>
              <w:t>填寫報名資料：</w:t>
            </w:r>
            <w:r w:rsidRPr="00823451">
              <w:rPr>
                <w:rFonts w:ascii="標楷體" w:hAnsi="標楷體"/>
                <w:sz w:val="28"/>
                <w:szCs w:val="28"/>
                <w:lang w:eastAsia="zh-TW"/>
              </w:rPr>
              <w:br/>
            </w:r>
            <w:r w:rsidRPr="00823451">
              <w:rPr>
                <w:rFonts w:ascii="標楷體" w:hAnsi="標楷體" w:hint="eastAsia"/>
                <w:sz w:val="28"/>
                <w:szCs w:val="28"/>
                <w:lang w:eastAsia="zh-TW"/>
              </w:rPr>
              <w:t xml:space="preserve">    </w:t>
            </w:r>
            <w:r w:rsidRPr="00823451">
              <w:rPr>
                <w:rFonts w:ascii="標楷體" w:hAnsi="標楷體" w:hint="eastAsia"/>
                <w:sz w:val="28"/>
                <w:szCs w:val="28"/>
                <w:lang w:eastAsia="zh-TW"/>
              </w:rPr>
              <w:t>※</w:t>
            </w:r>
            <w:r>
              <w:rPr>
                <w:rFonts w:ascii="標楷體" w:hAnsi="標楷體" w:hint="eastAsia"/>
                <w:sz w:val="28"/>
                <w:szCs w:val="28"/>
                <w:lang w:eastAsia="zh-TW"/>
              </w:rPr>
              <w:t>以下</w:t>
            </w:r>
            <w:r w:rsidRPr="00823451">
              <w:rPr>
                <w:rFonts w:ascii="標楷體" w:hAnsi="標楷體" w:hint="eastAsia"/>
                <w:sz w:val="28"/>
                <w:szCs w:val="28"/>
                <w:lang w:eastAsia="zh-TW"/>
              </w:rPr>
              <w:t>報名方式，擇</w:t>
            </w:r>
            <w:proofErr w:type="gramStart"/>
            <w:r w:rsidRPr="00823451">
              <w:rPr>
                <w:rFonts w:ascii="標楷體" w:hAnsi="標楷體" w:hint="eastAsia"/>
                <w:sz w:val="28"/>
                <w:szCs w:val="28"/>
                <w:lang w:eastAsia="zh-TW"/>
              </w:rPr>
              <w:t>一</w:t>
            </w:r>
            <w:proofErr w:type="gramEnd"/>
            <w:r w:rsidRPr="00823451">
              <w:rPr>
                <w:rFonts w:ascii="標楷體" w:hAnsi="標楷體" w:hint="eastAsia"/>
                <w:sz w:val="28"/>
                <w:szCs w:val="28"/>
                <w:lang w:eastAsia="zh-TW"/>
              </w:rPr>
              <w:t>即可※</w:t>
            </w:r>
          </w:p>
          <w:p w:rsidR="00B50573" w:rsidRPr="00823451" w:rsidRDefault="00B50573" w:rsidP="00B50573">
            <w:pPr>
              <w:pStyle w:val="ae"/>
              <w:widowControl w:val="0"/>
              <w:numPr>
                <w:ilvl w:val="0"/>
                <w:numId w:val="18"/>
              </w:numPr>
              <w:snapToGrid w:val="0"/>
              <w:spacing w:line="400" w:lineRule="exact"/>
              <w:contextualSpacing w:val="0"/>
              <w:rPr>
                <w:rFonts w:ascii="標楷體" w:hAnsi="標楷體"/>
                <w:sz w:val="28"/>
                <w:szCs w:val="28"/>
                <w:lang w:eastAsia="zh-TW"/>
              </w:rPr>
            </w:pPr>
            <w:proofErr w:type="gramStart"/>
            <w:r w:rsidRPr="00823451">
              <w:rPr>
                <w:rFonts w:ascii="標楷體" w:hAnsi="標楷體" w:hint="eastAsia"/>
                <w:sz w:val="28"/>
                <w:szCs w:val="28"/>
                <w:lang w:eastAsia="zh-TW"/>
              </w:rPr>
              <w:t>線上報名</w:t>
            </w:r>
            <w:proofErr w:type="gramEnd"/>
            <w:r w:rsidRPr="00823451">
              <w:rPr>
                <w:rFonts w:ascii="標楷體" w:hAnsi="標楷體" w:hint="eastAsia"/>
                <w:sz w:val="28"/>
                <w:szCs w:val="28"/>
                <w:lang w:eastAsia="zh-TW"/>
              </w:rPr>
              <w:t>：</w:t>
            </w:r>
            <w:r w:rsidRPr="00823451">
              <w:rPr>
                <w:rFonts w:ascii="標楷體" w:hAnsi="標楷體" w:hint="eastAsia"/>
                <w:sz w:val="28"/>
                <w:szCs w:val="28"/>
                <w:lang w:eastAsia="zh-TW"/>
              </w:rPr>
              <w:t xml:space="preserve"> </w:t>
            </w:r>
            <w:hyperlink r:id="rId9" w:history="1">
              <w:r w:rsidRPr="00823451">
                <w:rPr>
                  <w:rFonts w:ascii="標楷體" w:hAnsi="標楷體"/>
                  <w:lang w:eastAsia="zh-TW"/>
                </w:rPr>
                <w:t>https://pse.is/3mwul3</w:t>
              </w:r>
            </w:hyperlink>
          </w:p>
          <w:p w:rsidR="00B50573" w:rsidRPr="00823451" w:rsidRDefault="00B50573" w:rsidP="00D43B18">
            <w:pPr>
              <w:spacing w:line="400" w:lineRule="exact"/>
              <w:ind w:firstLine="560"/>
              <w:rPr>
                <w:rFonts w:ascii="標楷體" w:hAnsi="標楷體"/>
                <w:sz w:val="28"/>
                <w:szCs w:val="28"/>
                <w:lang w:eastAsia="zh-TW"/>
              </w:rPr>
            </w:pPr>
          </w:p>
          <w:p w:rsidR="00B50573" w:rsidRPr="00823451" w:rsidRDefault="00B50573" w:rsidP="00B50573">
            <w:pPr>
              <w:pStyle w:val="ae"/>
              <w:widowControl w:val="0"/>
              <w:numPr>
                <w:ilvl w:val="0"/>
                <w:numId w:val="18"/>
              </w:numPr>
              <w:tabs>
                <w:tab w:val="left" w:pos="6396"/>
              </w:tabs>
              <w:snapToGrid w:val="0"/>
              <w:spacing w:line="400" w:lineRule="exact"/>
              <w:contextualSpacing w:val="0"/>
              <w:rPr>
                <w:rFonts w:ascii="標楷體" w:hAnsi="標楷體"/>
                <w:sz w:val="28"/>
                <w:szCs w:val="28"/>
              </w:rPr>
            </w:pPr>
            <w:proofErr w:type="spellStart"/>
            <w:r w:rsidRPr="00823451">
              <w:rPr>
                <w:rFonts w:ascii="標楷體" w:hAnsi="標楷體" w:hint="eastAsia"/>
                <w:sz w:val="28"/>
                <w:szCs w:val="28"/>
              </w:rPr>
              <w:t>填寫本表後，請傳真或</w:t>
            </w:r>
            <w:r w:rsidRPr="00823451">
              <w:rPr>
                <w:rFonts w:ascii="標楷體" w:hAnsi="標楷體" w:hint="eastAsia"/>
                <w:sz w:val="28"/>
                <w:szCs w:val="28"/>
              </w:rPr>
              <w:t>E-Mail</w:t>
            </w:r>
            <w:r w:rsidRPr="00823451">
              <w:rPr>
                <w:rFonts w:ascii="標楷體" w:hAnsi="標楷體" w:hint="eastAsia"/>
                <w:sz w:val="28"/>
                <w:szCs w:val="28"/>
              </w:rPr>
              <w:t>至</w:t>
            </w:r>
            <w:proofErr w:type="spellEnd"/>
            <w:r w:rsidRPr="00823451">
              <w:rPr>
                <w:rFonts w:ascii="標楷體" w:hAnsi="標楷體"/>
                <w:sz w:val="28"/>
                <w:szCs w:val="28"/>
              </w:rPr>
              <w:br/>
            </w:r>
            <w:hyperlink r:id="rId10" w:history="1">
              <w:r w:rsidRPr="0039375C">
                <w:rPr>
                  <w:rStyle w:val="affa"/>
                  <w:rFonts w:hint="eastAsia"/>
                </w:rPr>
                <w:t>055969@m</w:t>
              </w:r>
              <w:r w:rsidRPr="0039375C">
                <w:rPr>
                  <w:rStyle w:val="affa"/>
                </w:rPr>
                <w:t>ail</w:t>
              </w:r>
              <w:r w:rsidRPr="0039375C">
                <w:rPr>
                  <w:rStyle w:val="affa"/>
                  <w:rFonts w:hint="eastAsia"/>
                </w:rPr>
                <w:t>.fju.edu.tw</w:t>
              </w:r>
            </w:hyperlink>
            <w:r>
              <w:rPr>
                <w:rStyle w:val="affa"/>
              </w:rPr>
              <w:br/>
            </w:r>
            <w:r w:rsidRPr="00823451">
              <w:rPr>
                <w:rFonts w:ascii="標楷體" w:hAnsi="標楷體" w:hint="eastAsia"/>
                <w:sz w:val="28"/>
                <w:szCs w:val="28"/>
              </w:rPr>
              <w:t>傳真</w:t>
            </w:r>
            <w:r w:rsidRPr="00823451">
              <w:rPr>
                <w:rFonts w:ascii="標楷體" w:hAnsi="標楷體" w:hint="eastAsia"/>
                <w:sz w:val="28"/>
                <w:szCs w:val="28"/>
              </w:rPr>
              <w:t>:02-29052182</w:t>
            </w:r>
            <w:r w:rsidRPr="00823451">
              <w:rPr>
                <w:rFonts w:ascii="標楷體" w:hAnsi="標楷體"/>
                <w:sz w:val="28"/>
                <w:szCs w:val="28"/>
              </w:rPr>
              <w:br/>
            </w:r>
            <w:r w:rsidRPr="00823451">
              <w:rPr>
                <w:rFonts w:ascii="標楷體" w:hAnsi="標楷體" w:hint="eastAsia"/>
                <w:sz w:val="28"/>
                <w:szCs w:val="28"/>
              </w:rPr>
              <w:t>電話</w:t>
            </w:r>
            <w:r w:rsidRPr="00823451">
              <w:rPr>
                <w:rFonts w:ascii="標楷體" w:hAnsi="標楷體" w:hint="eastAsia"/>
                <w:sz w:val="28"/>
                <w:szCs w:val="28"/>
              </w:rPr>
              <w:t>:02-29052626</w:t>
            </w:r>
          </w:p>
        </w:tc>
      </w:tr>
    </w:tbl>
    <w:p w:rsidR="00B50573" w:rsidRDefault="00B50573" w:rsidP="00B50573">
      <w:pPr>
        <w:spacing w:line="240" w:lineRule="auto"/>
        <w:rPr>
          <w:rFonts w:ascii="標楷體"/>
          <w:b/>
          <w:sz w:val="36"/>
        </w:rPr>
      </w:pPr>
    </w:p>
    <w:tbl>
      <w:tblPr>
        <w:tblStyle w:val="14"/>
        <w:tblW w:w="5000" w:type="pct"/>
        <w:tblLook w:val="04A0" w:firstRow="1" w:lastRow="0" w:firstColumn="1" w:lastColumn="0" w:noHBand="0" w:noVBand="1"/>
      </w:tblPr>
      <w:tblGrid>
        <w:gridCol w:w="2519"/>
        <w:gridCol w:w="8235"/>
      </w:tblGrid>
      <w:tr w:rsidR="00B50573" w:rsidRPr="00D03362" w:rsidTr="00D43B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B50573" w:rsidRPr="00D03362" w:rsidRDefault="005B1112" w:rsidP="00D43B18">
            <w:pPr>
              <w:ind w:firstLine="561"/>
              <w:jc w:val="center"/>
              <w:rPr>
                <w:rFonts w:ascii="標楷體" w:hAnsi="標楷體"/>
                <w:sz w:val="28"/>
                <w:szCs w:val="28"/>
              </w:rPr>
            </w:pPr>
            <w:r w:rsidRPr="005B1112">
              <w:rPr>
                <w:rFonts w:ascii="標楷體" w:hAnsi="標楷體" w:hint="eastAsia"/>
                <w:sz w:val="28"/>
                <w:szCs w:val="28"/>
              </w:rPr>
              <w:t>企業實習合作說明會報名表</w:t>
            </w:r>
          </w:p>
        </w:tc>
      </w:tr>
      <w:tr w:rsidR="00B50573" w:rsidRPr="00D03362" w:rsidTr="00D43B1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573" w:rsidRPr="00D03362" w:rsidRDefault="00B50573" w:rsidP="00D43B18">
            <w:pPr>
              <w:jc w:val="center"/>
              <w:rPr>
                <w:rFonts w:ascii="標楷體" w:hAnsi="標楷體"/>
                <w:b w:val="0"/>
                <w:sz w:val="28"/>
                <w:szCs w:val="28"/>
              </w:rPr>
            </w:pPr>
            <w:r w:rsidRPr="00D03362">
              <w:rPr>
                <w:rFonts w:ascii="標楷體" w:hAnsi="標楷體" w:hint="eastAsia"/>
                <w:b w:val="0"/>
                <w:sz w:val="28"/>
                <w:szCs w:val="28"/>
              </w:rPr>
              <w:t>活動時間</w:t>
            </w:r>
          </w:p>
        </w:tc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73" w:rsidRPr="00D03362" w:rsidRDefault="00B50573" w:rsidP="00D43B18">
            <w:pPr>
              <w:ind w:firstLine="5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Arial Unicode MS" w:hAnsi="Arial Unicode MS"/>
                <w:color w:val="FF0000"/>
                <w:sz w:val="28"/>
                <w:szCs w:val="28"/>
              </w:rPr>
              <w:t>115</w:t>
            </w:r>
            <w:r>
              <w:rPr>
                <w:rFonts w:ascii="Arial Unicode MS" w:hAnsi="Arial Unicode MS" w:hint="eastAsia"/>
                <w:color w:val="FF0000"/>
                <w:sz w:val="28"/>
                <w:szCs w:val="28"/>
              </w:rPr>
              <w:t>/10/1</w:t>
            </w:r>
            <w:r w:rsidR="00CF7FB9">
              <w:rPr>
                <w:rFonts w:ascii="Arial Unicode MS" w:hAnsi="Arial Unicode MS" w:hint="eastAsia"/>
                <w:color w:val="FF0000"/>
                <w:sz w:val="28"/>
                <w:szCs w:val="28"/>
              </w:rPr>
              <w:t>5</w:t>
            </w:r>
            <w:r w:rsidRPr="00D03362">
              <w:rPr>
                <w:rFonts w:ascii="Arial Unicode MS" w:hAnsi="Arial Unicode MS" w:hint="eastAsia"/>
                <w:color w:val="FF0000"/>
                <w:sz w:val="28"/>
                <w:szCs w:val="28"/>
              </w:rPr>
              <w:t xml:space="preserve"> (</w:t>
            </w:r>
            <w:r w:rsidR="00CF7FB9">
              <w:rPr>
                <w:rFonts w:ascii="Arial Unicode MS" w:hAnsi="Arial Unicode MS" w:hint="eastAsia"/>
                <w:color w:val="FF0000"/>
                <w:sz w:val="28"/>
                <w:szCs w:val="28"/>
              </w:rPr>
              <w:t>四</w:t>
            </w:r>
            <w:r w:rsidRPr="00D03362">
              <w:rPr>
                <w:rFonts w:ascii="Arial Unicode MS" w:hAnsi="Arial Unicode MS" w:hint="eastAsia"/>
                <w:color w:val="FF0000"/>
                <w:sz w:val="28"/>
                <w:szCs w:val="28"/>
              </w:rPr>
              <w:t>) 1</w:t>
            </w:r>
            <w:r>
              <w:rPr>
                <w:rFonts w:ascii="Arial Unicode MS" w:hAnsi="Arial Unicode MS" w:hint="eastAsia"/>
                <w:color w:val="FF0000"/>
                <w:sz w:val="28"/>
                <w:szCs w:val="28"/>
              </w:rPr>
              <w:t>4</w:t>
            </w:r>
            <w:r w:rsidRPr="00D03362">
              <w:rPr>
                <w:rFonts w:ascii="Arial Unicode MS" w:hAnsi="Arial Unicode MS" w:hint="eastAsia"/>
                <w:color w:val="FF0000"/>
                <w:sz w:val="28"/>
                <w:szCs w:val="28"/>
              </w:rPr>
              <w:t>:</w:t>
            </w:r>
            <w:r>
              <w:rPr>
                <w:rFonts w:ascii="Arial Unicode MS" w:hAnsi="Arial Unicode MS" w:hint="eastAsia"/>
                <w:color w:val="FF0000"/>
                <w:sz w:val="28"/>
                <w:szCs w:val="28"/>
              </w:rPr>
              <w:t>0</w:t>
            </w:r>
            <w:r w:rsidRPr="00D03362">
              <w:rPr>
                <w:rFonts w:ascii="Arial Unicode MS" w:hAnsi="Arial Unicode MS" w:hint="eastAsia"/>
                <w:color w:val="FF0000"/>
                <w:sz w:val="28"/>
                <w:szCs w:val="28"/>
              </w:rPr>
              <w:t>0</w:t>
            </w:r>
          </w:p>
        </w:tc>
      </w:tr>
      <w:tr w:rsidR="00B50573" w:rsidRPr="00D03362" w:rsidTr="00D43B1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573" w:rsidRPr="00D03362" w:rsidRDefault="00B50573" w:rsidP="00D43B18">
            <w:pPr>
              <w:jc w:val="center"/>
              <w:rPr>
                <w:rFonts w:ascii="標楷體" w:hAnsi="標楷體"/>
                <w:b w:val="0"/>
                <w:sz w:val="28"/>
                <w:szCs w:val="28"/>
              </w:rPr>
            </w:pPr>
            <w:r w:rsidRPr="00D03362">
              <w:rPr>
                <w:rFonts w:ascii="標楷體" w:hAnsi="標楷體" w:hint="eastAsia"/>
                <w:b w:val="0"/>
                <w:sz w:val="28"/>
                <w:szCs w:val="28"/>
              </w:rPr>
              <w:t>活動地點</w:t>
            </w:r>
          </w:p>
        </w:tc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73" w:rsidRPr="00D03362" w:rsidRDefault="00B50573" w:rsidP="00D43B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hAnsi="標楷體"/>
                <w:sz w:val="28"/>
                <w:szCs w:val="28"/>
              </w:rPr>
            </w:pPr>
            <w:r w:rsidRPr="00D03362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>t</w:t>
            </w:r>
            <w:r w:rsidRPr="00D03362">
              <w:rPr>
                <w:rFonts w:ascii="標楷體" w:hAnsi="標楷體" w:cs="新細明體"/>
                <w:kern w:val="0"/>
                <w:sz w:val="28"/>
                <w:szCs w:val="28"/>
              </w:rPr>
              <w:t>eams</w:t>
            </w:r>
            <w:proofErr w:type="gramStart"/>
            <w:r w:rsidRPr="00D03362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>線上會議</w:t>
            </w:r>
            <w:proofErr w:type="gramEnd"/>
          </w:p>
        </w:tc>
      </w:tr>
      <w:tr w:rsidR="00B50573" w:rsidRPr="00D03362" w:rsidTr="00D43B1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573" w:rsidRPr="00D03362" w:rsidRDefault="00B50573" w:rsidP="00D43B18">
            <w:pPr>
              <w:jc w:val="center"/>
              <w:rPr>
                <w:rFonts w:ascii="標楷體" w:hAnsi="標楷體"/>
                <w:b w:val="0"/>
                <w:sz w:val="28"/>
                <w:szCs w:val="28"/>
              </w:rPr>
            </w:pPr>
            <w:r w:rsidRPr="00D03362">
              <w:rPr>
                <w:rFonts w:ascii="標楷體" w:hAnsi="標楷體" w:hint="eastAsia"/>
                <w:b w:val="0"/>
                <w:sz w:val="28"/>
                <w:szCs w:val="28"/>
              </w:rPr>
              <w:t>姓名</w:t>
            </w:r>
          </w:p>
        </w:tc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73" w:rsidRPr="00D03362" w:rsidRDefault="00B50573" w:rsidP="00D43B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B50573" w:rsidRPr="00D03362" w:rsidTr="00D43B1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573" w:rsidRPr="00D03362" w:rsidRDefault="00B50573" w:rsidP="00D43B18">
            <w:pPr>
              <w:jc w:val="center"/>
              <w:rPr>
                <w:rFonts w:ascii="標楷體" w:hAnsi="標楷體"/>
                <w:b w:val="0"/>
                <w:sz w:val="28"/>
                <w:szCs w:val="28"/>
              </w:rPr>
            </w:pPr>
            <w:r w:rsidRPr="00D03362">
              <w:rPr>
                <w:rFonts w:ascii="標楷體" w:hAnsi="標楷體" w:hint="eastAsia"/>
                <w:b w:val="0"/>
                <w:sz w:val="28"/>
                <w:szCs w:val="28"/>
              </w:rPr>
              <w:t>企業名稱</w:t>
            </w:r>
          </w:p>
        </w:tc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73" w:rsidRPr="00D03362" w:rsidRDefault="00B50573" w:rsidP="00D43B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B50573" w:rsidRPr="00D03362" w:rsidTr="00D43B1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73" w:rsidRPr="00D03362" w:rsidRDefault="00B50573" w:rsidP="00D43B18">
            <w:pPr>
              <w:jc w:val="center"/>
              <w:rPr>
                <w:rFonts w:ascii="標楷體" w:hAnsi="標楷體"/>
                <w:b w:val="0"/>
                <w:sz w:val="28"/>
                <w:szCs w:val="28"/>
              </w:rPr>
            </w:pPr>
            <w:r w:rsidRPr="00D03362">
              <w:rPr>
                <w:rFonts w:ascii="標楷體" w:hAnsi="標楷體" w:hint="eastAsia"/>
                <w:b w:val="0"/>
                <w:sz w:val="28"/>
                <w:szCs w:val="28"/>
              </w:rPr>
              <w:t>服務單位</w:t>
            </w:r>
            <w:r w:rsidR="00500103" w:rsidRPr="00D03362">
              <w:rPr>
                <w:rFonts w:ascii="標楷體" w:hAnsi="標楷體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73" w:rsidRPr="00D03362" w:rsidRDefault="00B50573" w:rsidP="00D43B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500103" w:rsidRPr="00D03362" w:rsidTr="00D43B1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103" w:rsidRPr="00D03362" w:rsidRDefault="00500103" w:rsidP="00D43B18">
            <w:pPr>
              <w:jc w:val="center"/>
              <w:rPr>
                <w:rFonts w:ascii="標楷體" w:hAnsi="標楷體"/>
                <w:sz w:val="28"/>
                <w:szCs w:val="28"/>
              </w:rPr>
            </w:pPr>
            <w:r w:rsidRPr="00D03362">
              <w:rPr>
                <w:rFonts w:ascii="標楷體" w:hAnsi="標楷體" w:hint="eastAsia"/>
                <w:b w:val="0"/>
                <w:sz w:val="28"/>
                <w:szCs w:val="28"/>
              </w:rPr>
              <w:t>職稱</w:t>
            </w:r>
          </w:p>
        </w:tc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03" w:rsidRPr="00D03362" w:rsidRDefault="00500103" w:rsidP="00D43B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B50573" w:rsidRPr="00D03362" w:rsidTr="00D43B1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573" w:rsidRPr="00D03362" w:rsidRDefault="00B50573" w:rsidP="00D43B18">
            <w:pPr>
              <w:jc w:val="center"/>
              <w:rPr>
                <w:rFonts w:ascii="標楷體" w:hAnsi="標楷體"/>
                <w:b w:val="0"/>
                <w:sz w:val="28"/>
                <w:szCs w:val="28"/>
              </w:rPr>
            </w:pPr>
            <w:r w:rsidRPr="00D03362">
              <w:rPr>
                <w:rFonts w:ascii="標楷體" w:hAnsi="標楷體" w:hint="eastAsia"/>
                <w:b w:val="0"/>
                <w:sz w:val="28"/>
                <w:szCs w:val="28"/>
              </w:rPr>
              <w:t>聯絡電話</w:t>
            </w:r>
          </w:p>
        </w:tc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73" w:rsidRPr="00D03362" w:rsidRDefault="00B50573" w:rsidP="00D43B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B50573" w:rsidRPr="00D03362" w:rsidTr="00D43B1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573" w:rsidRPr="00D03362" w:rsidRDefault="00B50573" w:rsidP="00D43B18">
            <w:pPr>
              <w:jc w:val="center"/>
              <w:rPr>
                <w:rFonts w:ascii="標楷體" w:hAnsi="標楷體"/>
                <w:b w:val="0"/>
                <w:sz w:val="28"/>
                <w:szCs w:val="28"/>
              </w:rPr>
            </w:pPr>
            <w:r w:rsidRPr="00D03362">
              <w:rPr>
                <w:rFonts w:ascii="標楷體" w:hAnsi="標楷體" w:hint="eastAsia"/>
                <w:b w:val="0"/>
                <w:sz w:val="28"/>
                <w:szCs w:val="28"/>
              </w:rPr>
              <w:t>E-mail</w:t>
            </w:r>
          </w:p>
        </w:tc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73" w:rsidRPr="00D03362" w:rsidRDefault="00B50573" w:rsidP="00D43B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hAnsi="標楷體"/>
                <w:sz w:val="28"/>
                <w:szCs w:val="28"/>
              </w:rPr>
            </w:pPr>
          </w:p>
        </w:tc>
      </w:tr>
    </w:tbl>
    <w:p w:rsidR="000E040E" w:rsidRPr="003B2E36" w:rsidRDefault="000E040E" w:rsidP="003B2E36">
      <w:pPr>
        <w:snapToGrid w:val="0"/>
        <w:spacing w:after="120" w:line="240" w:lineRule="auto"/>
        <w:rPr>
          <w:b/>
          <w:sz w:val="28"/>
          <w:lang w:eastAsia="zh-TW"/>
        </w:rPr>
      </w:pPr>
    </w:p>
    <w:sectPr w:rsidR="000E040E" w:rsidRPr="003B2E36" w:rsidSect="003B2E36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2BFD" w:rsidRDefault="00512BFD" w:rsidP="003B2E36">
      <w:pPr>
        <w:spacing w:after="0" w:line="240" w:lineRule="auto"/>
      </w:pPr>
      <w:r>
        <w:separator/>
      </w:r>
    </w:p>
  </w:endnote>
  <w:endnote w:type="continuationSeparator" w:id="0">
    <w:p w:rsidR="00512BFD" w:rsidRDefault="00512BFD" w:rsidP="003B2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2BFD" w:rsidRDefault="00512BFD" w:rsidP="003B2E36">
      <w:pPr>
        <w:spacing w:after="0" w:line="240" w:lineRule="auto"/>
      </w:pPr>
      <w:r>
        <w:separator/>
      </w:r>
    </w:p>
  </w:footnote>
  <w:footnote w:type="continuationSeparator" w:id="0">
    <w:p w:rsidR="00512BFD" w:rsidRDefault="00512BFD" w:rsidP="003B2E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441054"/>
    <w:multiLevelType w:val="hybridMultilevel"/>
    <w:tmpl w:val="B69C0A2E"/>
    <w:lvl w:ilvl="0" w:tplc="5FC8192A">
      <w:numFmt w:val="bullet"/>
      <w:lvlText w:val="•"/>
      <w:lvlJc w:val="left"/>
      <w:pPr>
        <w:ind w:left="445" w:hanging="360"/>
      </w:pPr>
      <w:rPr>
        <w:rFonts w:ascii="微軟正黑體" w:eastAsia="微軟正黑體" w:hAnsi="微軟正黑體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0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5" w:hanging="480"/>
      </w:pPr>
      <w:rPr>
        <w:rFonts w:ascii="Wingdings" w:hAnsi="Wingdings" w:hint="default"/>
      </w:rPr>
    </w:lvl>
  </w:abstractNum>
  <w:abstractNum w:abstractNumId="10" w15:restartNumberingAfterBreak="0">
    <w:nsid w:val="08AF4BD3"/>
    <w:multiLevelType w:val="hybridMultilevel"/>
    <w:tmpl w:val="30CA2BDE"/>
    <w:lvl w:ilvl="0" w:tplc="0409000F">
      <w:start w:val="1"/>
      <w:numFmt w:val="decimal"/>
      <w:lvlText w:val="%1."/>
      <w:lvlJc w:val="left"/>
      <w:pPr>
        <w:ind w:left="5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45" w:hanging="480"/>
      </w:pPr>
    </w:lvl>
    <w:lvl w:ilvl="2" w:tplc="0409001B" w:tentative="1">
      <w:start w:val="1"/>
      <w:numFmt w:val="lowerRoman"/>
      <w:lvlText w:val="%3."/>
      <w:lvlJc w:val="right"/>
      <w:pPr>
        <w:ind w:left="1525" w:hanging="480"/>
      </w:pPr>
    </w:lvl>
    <w:lvl w:ilvl="3" w:tplc="0409000F" w:tentative="1">
      <w:start w:val="1"/>
      <w:numFmt w:val="decimal"/>
      <w:lvlText w:val="%4."/>
      <w:lvlJc w:val="left"/>
      <w:pPr>
        <w:ind w:left="20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5" w:hanging="480"/>
      </w:pPr>
    </w:lvl>
    <w:lvl w:ilvl="5" w:tplc="0409001B" w:tentative="1">
      <w:start w:val="1"/>
      <w:numFmt w:val="lowerRoman"/>
      <w:lvlText w:val="%6."/>
      <w:lvlJc w:val="right"/>
      <w:pPr>
        <w:ind w:left="2965" w:hanging="480"/>
      </w:pPr>
    </w:lvl>
    <w:lvl w:ilvl="6" w:tplc="0409000F" w:tentative="1">
      <w:start w:val="1"/>
      <w:numFmt w:val="decimal"/>
      <w:lvlText w:val="%7."/>
      <w:lvlJc w:val="left"/>
      <w:pPr>
        <w:ind w:left="34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5" w:hanging="480"/>
      </w:pPr>
    </w:lvl>
    <w:lvl w:ilvl="8" w:tplc="0409001B" w:tentative="1">
      <w:start w:val="1"/>
      <w:numFmt w:val="lowerRoman"/>
      <w:lvlText w:val="%9."/>
      <w:lvlJc w:val="right"/>
      <w:pPr>
        <w:ind w:left="4405" w:hanging="480"/>
      </w:pPr>
    </w:lvl>
  </w:abstractNum>
  <w:abstractNum w:abstractNumId="11" w15:restartNumberingAfterBreak="0">
    <w:nsid w:val="11494ECA"/>
    <w:multiLevelType w:val="hybridMultilevel"/>
    <w:tmpl w:val="BB5E7F2E"/>
    <w:lvl w:ilvl="0" w:tplc="0409000F">
      <w:start w:val="1"/>
      <w:numFmt w:val="decimal"/>
      <w:lvlText w:val="%1."/>
      <w:lvlJc w:val="left"/>
      <w:pPr>
        <w:ind w:left="5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45" w:hanging="480"/>
      </w:pPr>
    </w:lvl>
    <w:lvl w:ilvl="2" w:tplc="0409001B" w:tentative="1">
      <w:start w:val="1"/>
      <w:numFmt w:val="lowerRoman"/>
      <w:lvlText w:val="%3."/>
      <w:lvlJc w:val="right"/>
      <w:pPr>
        <w:ind w:left="1525" w:hanging="480"/>
      </w:pPr>
    </w:lvl>
    <w:lvl w:ilvl="3" w:tplc="0409000F" w:tentative="1">
      <w:start w:val="1"/>
      <w:numFmt w:val="decimal"/>
      <w:lvlText w:val="%4."/>
      <w:lvlJc w:val="left"/>
      <w:pPr>
        <w:ind w:left="20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5" w:hanging="480"/>
      </w:pPr>
    </w:lvl>
    <w:lvl w:ilvl="5" w:tplc="0409001B" w:tentative="1">
      <w:start w:val="1"/>
      <w:numFmt w:val="lowerRoman"/>
      <w:lvlText w:val="%6."/>
      <w:lvlJc w:val="right"/>
      <w:pPr>
        <w:ind w:left="2965" w:hanging="480"/>
      </w:pPr>
    </w:lvl>
    <w:lvl w:ilvl="6" w:tplc="0409000F" w:tentative="1">
      <w:start w:val="1"/>
      <w:numFmt w:val="decimal"/>
      <w:lvlText w:val="%7."/>
      <w:lvlJc w:val="left"/>
      <w:pPr>
        <w:ind w:left="34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5" w:hanging="480"/>
      </w:pPr>
    </w:lvl>
    <w:lvl w:ilvl="8" w:tplc="0409001B" w:tentative="1">
      <w:start w:val="1"/>
      <w:numFmt w:val="lowerRoman"/>
      <w:lvlText w:val="%9."/>
      <w:lvlJc w:val="right"/>
      <w:pPr>
        <w:ind w:left="4405" w:hanging="480"/>
      </w:pPr>
    </w:lvl>
  </w:abstractNum>
  <w:abstractNum w:abstractNumId="12" w15:restartNumberingAfterBreak="0">
    <w:nsid w:val="173B622D"/>
    <w:multiLevelType w:val="hybridMultilevel"/>
    <w:tmpl w:val="49663DE0"/>
    <w:lvl w:ilvl="0" w:tplc="215295B8">
      <w:numFmt w:val="bullet"/>
      <w:lvlText w:val="•"/>
      <w:lvlJc w:val="left"/>
      <w:pPr>
        <w:ind w:left="445" w:hanging="360"/>
      </w:pPr>
      <w:rPr>
        <w:rFonts w:ascii="微軟正黑體" w:eastAsia="微軟正黑體" w:hAnsi="微軟正黑體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0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5" w:hanging="480"/>
      </w:pPr>
      <w:rPr>
        <w:rFonts w:ascii="Wingdings" w:hAnsi="Wingdings" w:hint="default"/>
      </w:rPr>
    </w:lvl>
  </w:abstractNum>
  <w:abstractNum w:abstractNumId="13" w15:restartNumberingAfterBreak="0">
    <w:nsid w:val="17FB23F3"/>
    <w:multiLevelType w:val="hybridMultilevel"/>
    <w:tmpl w:val="6ED664B4"/>
    <w:lvl w:ilvl="0" w:tplc="F042B64E">
      <w:numFmt w:val="bullet"/>
      <w:lvlText w:val="•"/>
      <w:lvlJc w:val="left"/>
      <w:pPr>
        <w:ind w:left="445" w:hanging="360"/>
      </w:pPr>
      <w:rPr>
        <w:rFonts w:ascii="微軟正黑體" w:eastAsia="微軟正黑體" w:hAnsi="微軟正黑體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0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5" w:hanging="480"/>
      </w:pPr>
      <w:rPr>
        <w:rFonts w:ascii="Wingdings" w:hAnsi="Wingdings" w:hint="default"/>
      </w:rPr>
    </w:lvl>
  </w:abstractNum>
  <w:abstractNum w:abstractNumId="14" w15:restartNumberingAfterBreak="0">
    <w:nsid w:val="427D03EC"/>
    <w:multiLevelType w:val="hybridMultilevel"/>
    <w:tmpl w:val="B3264CFA"/>
    <w:lvl w:ilvl="0" w:tplc="6A36396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5" w15:restartNumberingAfterBreak="0">
    <w:nsid w:val="54A17C90"/>
    <w:multiLevelType w:val="hybridMultilevel"/>
    <w:tmpl w:val="CD32B6E0"/>
    <w:lvl w:ilvl="0" w:tplc="0409000F">
      <w:start w:val="1"/>
      <w:numFmt w:val="decimal"/>
      <w:lvlText w:val="%1."/>
      <w:lvlJc w:val="left"/>
      <w:pPr>
        <w:ind w:left="5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45" w:hanging="480"/>
      </w:pPr>
    </w:lvl>
    <w:lvl w:ilvl="2" w:tplc="0409001B" w:tentative="1">
      <w:start w:val="1"/>
      <w:numFmt w:val="lowerRoman"/>
      <w:lvlText w:val="%3."/>
      <w:lvlJc w:val="right"/>
      <w:pPr>
        <w:ind w:left="1525" w:hanging="480"/>
      </w:pPr>
    </w:lvl>
    <w:lvl w:ilvl="3" w:tplc="0409000F" w:tentative="1">
      <w:start w:val="1"/>
      <w:numFmt w:val="decimal"/>
      <w:lvlText w:val="%4."/>
      <w:lvlJc w:val="left"/>
      <w:pPr>
        <w:ind w:left="20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5" w:hanging="480"/>
      </w:pPr>
    </w:lvl>
    <w:lvl w:ilvl="5" w:tplc="0409001B" w:tentative="1">
      <w:start w:val="1"/>
      <w:numFmt w:val="lowerRoman"/>
      <w:lvlText w:val="%6."/>
      <w:lvlJc w:val="right"/>
      <w:pPr>
        <w:ind w:left="2965" w:hanging="480"/>
      </w:pPr>
    </w:lvl>
    <w:lvl w:ilvl="6" w:tplc="0409000F" w:tentative="1">
      <w:start w:val="1"/>
      <w:numFmt w:val="decimal"/>
      <w:lvlText w:val="%7."/>
      <w:lvlJc w:val="left"/>
      <w:pPr>
        <w:ind w:left="34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5" w:hanging="480"/>
      </w:pPr>
    </w:lvl>
    <w:lvl w:ilvl="8" w:tplc="0409001B" w:tentative="1">
      <w:start w:val="1"/>
      <w:numFmt w:val="lowerRoman"/>
      <w:lvlText w:val="%9."/>
      <w:lvlJc w:val="right"/>
      <w:pPr>
        <w:ind w:left="4405" w:hanging="480"/>
      </w:pPr>
    </w:lvl>
  </w:abstractNum>
  <w:abstractNum w:abstractNumId="16" w15:restartNumberingAfterBreak="0">
    <w:nsid w:val="54F15F37"/>
    <w:multiLevelType w:val="hybridMultilevel"/>
    <w:tmpl w:val="B19C432E"/>
    <w:lvl w:ilvl="0" w:tplc="646AD15E">
      <w:numFmt w:val="bullet"/>
      <w:lvlText w:val="•"/>
      <w:lvlJc w:val="left"/>
      <w:pPr>
        <w:ind w:left="445" w:hanging="360"/>
      </w:pPr>
      <w:rPr>
        <w:rFonts w:ascii="微軟正黑體" w:eastAsia="微軟正黑體" w:hAnsi="微軟正黑體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0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5" w:hanging="480"/>
      </w:pPr>
      <w:rPr>
        <w:rFonts w:ascii="Wingdings" w:hAnsi="Wingdings" w:hint="default"/>
      </w:rPr>
    </w:lvl>
  </w:abstractNum>
  <w:abstractNum w:abstractNumId="17" w15:restartNumberingAfterBreak="0">
    <w:nsid w:val="5BF74DD5"/>
    <w:multiLevelType w:val="hybridMultilevel"/>
    <w:tmpl w:val="634CE22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8" w15:restartNumberingAfterBreak="0">
    <w:nsid w:val="62021FFA"/>
    <w:multiLevelType w:val="hybridMultilevel"/>
    <w:tmpl w:val="F5DEF6EA"/>
    <w:lvl w:ilvl="0" w:tplc="0409000F">
      <w:start w:val="1"/>
      <w:numFmt w:val="decimal"/>
      <w:lvlText w:val="%1."/>
      <w:lvlJc w:val="left"/>
      <w:pPr>
        <w:ind w:left="5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45" w:hanging="480"/>
      </w:pPr>
    </w:lvl>
    <w:lvl w:ilvl="2" w:tplc="0409001B" w:tentative="1">
      <w:start w:val="1"/>
      <w:numFmt w:val="lowerRoman"/>
      <w:lvlText w:val="%3."/>
      <w:lvlJc w:val="right"/>
      <w:pPr>
        <w:ind w:left="1525" w:hanging="480"/>
      </w:pPr>
    </w:lvl>
    <w:lvl w:ilvl="3" w:tplc="0409000F" w:tentative="1">
      <w:start w:val="1"/>
      <w:numFmt w:val="decimal"/>
      <w:lvlText w:val="%4."/>
      <w:lvlJc w:val="left"/>
      <w:pPr>
        <w:ind w:left="20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5" w:hanging="480"/>
      </w:pPr>
    </w:lvl>
    <w:lvl w:ilvl="5" w:tplc="0409001B" w:tentative="1">
      <w:start w:val="1"/>
      <w:numFmt w:val="lowerRoman"/>
      <w:lvlText w:val="%6."/>
      <w:lvlJc w:val="right"/>
      <w:pPr>
        <w:ind w:left="2965" w:hanging="480"/>
      </w:pPr>
    </w:lvl>
    <w:lvl w:ilvl="6" w:tplc="0409000F" w:tentative="1">
      <w:start w:val="1"/>
      <w:numFmt w:val="decimal"/>
      <w:lvlText w:val="%7."/>
      <w:lvlJc w:val="left"/>
      <w:pPr>
        <w:ind w:left="34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5" w:hanging="480"/>
      </w:pPr>
    </w:lvl>
    <w:lvl w:ilvl="8" w:tplc="0409001B" w:tentative="1">
      <w:start w:val="1"/>
      <w:numFmt w:val="lowerRoman"/>
      <w:lvlText w:val="%9."/>
      <w:lvlJc w:val="right"/>
      <w:pPr>
        <w:ind w:left="4405" w:hanging="480"/>
      </w:pPr>
    </w:lvl>
  </w:abstractNum>
  <w:abstractNum w:abstractNumId="19" w15:restartNumberingAfterBreak="0">
    <w:nsid w:val="7C151404"/>
    <w:multiLevelType w:val="hybridMultilevel"/>
    <w:tmpl w:val="78886EA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6"/>
  </w:num>
  <w:num w:numId="12">
    <w:abstractNumId w:val="18"/>
  </w:num>
  <w:num w:numId="13">
    <w:abstractNumId w:val="9"/>
  </w:num>
  <w:num w:numId="14">
    <w:abstractNumId w:val="15"/>
  </w:num>
  <w:num w:numId="15">
    <w:abstractNumId w:val="12"/>
  </w:num>
  <w:num w:numId="16">
    <w:abstractNumId w:val="10"/>
  </w:num>
  <w:num w:numId="17">
    <w:abstractNumId w:val="13"/>
  </w:num>
  <w:num w:numId="18">
    <w:abstractNumId w:val="19"/>
  </w:num>
  <w:num w:numId="19">
    <w:abstractNumId w:val="14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9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4FE1"/>
    <w:rsid w:val="0006063C"/>
    <w:rsid w:val="000E040E"/>
    <w:rsid w:val="0015074B"/>
    <w:rsid w:val="0015333C"/>
    <w:rsid w:val="001C1195"/>
    <w:rsid w:val="00206B89"/>
    <w:rsid w:val="00270345"/>
    <w:rsid w:val="0029639D"/>
    <w:rsid w:val="002C4306"/>
    <w:rsid w:val="00326F90"/>
    <w:rsid w:val="00345F39"/>
    <w:rsid w:val="003B2E36"/>
    <w:rsid w:val="004C3A6A"/>
    <w:rsid w:val="00500103"/>
    <w:rsid w:val="00512BFD"/>
    <w:rsid w:val="005B1112"/>
    <w:rsid w:val="005C344A"/>
    <w:rsid w:val="00617E8C"/>
    <w:rsid w:val="006D0C24"/>
    <w:rsid w:val="00845EA2"/>
    <w:rsid w:val="00903517"/>
    <w:rsid w:val="009059BF"/>
    <w:rsid w:val="00983B3D"/>
    <w:rsid w:val="009B31D0"/>
    <w:rsid w:val="009F40F5"/>
    <w:rsid w:val="00AA1D8D"/>
    <w:rsid w:val="00AE66DD"/>
    <w:rsid w:val="00B47730"/>
    <w:rsid w:val="00B50573"/>
    <w:rsid w:val="00BB2A13"/>
    <w:rsid w:val="00C1394C"/>
    <w:rsid w:val="00CB0664"/>
    <w:rsid w:val="00CB7FA2"/>
    <w:rsid w:val="00CD1769"/>
    <w:rsid w:val="00CF7FB9"/>
    <w:rsid w:val="00D861A5"/>
    <w:rsid w:val="00E90886"/>
    <w:rsid w:val="00E979E5"/>
    <w:rsid w:val="00EC6D2C"/>
    <w:rsid w:val="00EF593B"/>
    <w:rsid w:val="00F43D88"/>
    <w:rsid w:val="00FC693F"/>
    <w:rsid w:val="00FD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DF356B3"/>
  <w14:defaultImageDpi w14:val="300"/>
  <w15:docId w15:val="{AD783A4C-E51E-4005-AB68-1257B779A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微軟正黑體" w:eastAsia="微軟正黑體" w:hAnsi="微軟正黑體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rsid w:val="00B50573"/>
    <w:rPr>
      <w:color w:val="0000FF"/>
      <w:u w:val="single"/>
    </w:rPr>
  </w:style>
  <w:style w:type="table" w:styleId="14">
    <w:name w:val="Grid Table 1 Light"/>
    <w:basedOn w:val="a3"/>
    <w:uiPriority w:val="46"/>
    <w:rsid w:val="00B50573"/>
    <w:pPr>
      <w:spacing w:after="0" w:line="240" w:lineRule="auto"/>
    </w:pPr>
    <w:rPr>
      <w:kern w:val="2"/>
      <w:sz w:val="24"/>
      <w:lang w:eastAsia="zh-TW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055969@mail.fju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se.is/3mwul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B44273-0628-4496-8C44-D4D5A956C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4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徐智慧</cp:lastModifiedBy>
  <cp:revision>19</cp:revision>
  <dcterms:created xsi:type="dcterms:W3CDTF">2013-12-23T23:15:00Z</dcterms:created>
  <dcterms:modified xsi:type="dcterms:W3CDTF">2026-09-29T03:14:00Z</dcterms:modified>
  <cp:category/>
</cp:coreProperties>
</file>